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7C9E9A" w14:textId="1391DCF9" w:rsidR="00051953" w:rsidRDefault="00FA08DF">
      <w:pPr>
        <w:jc w:val="center"/>
      </w:pPr>
      <w:r>
        <w:rPr>
          <w:b/>
        </w:rPr>
        <w:t>PhD MONITORING EVALUATION - FINAL YEAR</w:t>
      </w:r>
    </w:p>
    <w:p w14:paraId="51DD3C42" w14:textId="77777777" w:rsidR="00051953" w:rsidRDefault="00051953"/>
    <w:p w14:paraId="480586DB" w14:textId="76AB7B29" w:rsidR="00051953" w:rsidRDefault="00000000" w:rsidP="00FA08DF">
      <w:pPr>
        <w:jc w:val="both"/>
      </w:pPr>
      <w:r>
        <w:t xml:space="preserve">1. A Report from the Director(s) must be attached (the template for which is available on the UAB intranet: </w:t>
      </w:r>
      <w:hyperlink r:id="rId8" w:history="1">
        <w:r w:rsidR="00051953" w:rsidRPr="00FA08DF">
          <w:rPr>
            <w:rStyle w:val="Hipervnculo"/>
          </w:rPr>
          <w:t>Director and tutor annual monitoring report template RD 99/2011</w:t>
        </w:r>
      </w:hyperlink>
      <w:r>
        <w:t>), outlining the doctoral candidate's progress and training activities and evaluating the report.</w:t>
      </w:r>
    </w:p>
    <w:p w14:paraId="5EFA1176" w14:textId="2BA0DD9D" w:rsidR="00051953" w:rsidRDefault="00000000" w:rsidP="00FA08DF">
      <w:pPr>
        <w:jc w:val="both"/>
      </w:pPr>
      <w:r>
        <w:t xml:space="preserve">2. Characteristics of the Monitoring Report: </w:t>
      </w:r>
    </w:p>
    <w:p w14:paraId="3A7CD660" w14:textId="77777777" w:rsidR="00051953" w:rsidRDefault="00000000">
      <w:pPr>
        <w:jc w:val="both"/>
      </w:pPr>
      <w:r>
        <w:t xml:space="preserve">IT IS REQUIRED TO SUBMIT: </w:t>
      </w:r>
    </w:p>
    <w:p w14:paraId="3EDD3151" w14:textId="5562A47A" w:rsidR="00051953" w:rsidRDefault="00000000" w:rsidP="00FA08DF">
      <w:pPr>
        <w:jc w:val="both"/>
      </w:pPr>
      <w:r>
        <w:t xml:space="preserve">A brief context of the work completed during the second year (approx. 500 words) and a conference paper proposal or an advanced draft of an article or book chapter. The paper must be submitted in writing and should be around 5,000 words, but longer texts corresponding to actual work already completed for the thesis may be accepted. However, the committee will primarily evaluate the result of the oral presentation as if it were a conference presentation, rather than the written text itself. The submitted text must include partial results of the doctoral research, but the committee may offer comments on the </w:t>
      </w:r>
      <w:proofErr w:type="gramStart"/>
      <w:r>
        <w:t>research as a whole</w:t>
      </w:r>
      <w:proofErr w:type="gramEnd"/>
      <w:r>
        <w:t>.</w:t>
      </w:r>
    </w:p>
    <w:p w14:paraId="46B9C88B" w14:textId="77777777" w:rsidR="00051953" w:rsidRDefault="00000000">
      <w:pPr>
        <w:jc w:val="both"/>
      </w:pPr>
      <w:r>
        <w:t>IN THE APPENDIX, the curriculum vitae and the doctoral thesis progress reports from previous monitoring evaluations.</w:t>
      </w:r>
    </w:p>
    <w:p w14:paraId="78041A43" w14:textId="444CD15C" w:rsidR="00051953" w:rsidRDefault="00000000" w:rsidP="00FA08DF">
      <w:pPr>
        <w:jc w:val="both"/>
      </w:pPr>
      <w:r>
        <w:t>COVER PAGE (see next page): State, in addition to name, ID, email, and project title, the doctoral program start date, evaluation year, dedicational status; if holding a grant/scholarship, the reference number; whether it is a thesis by publication; the name(s) of the director(s) and tutor, and the expected completion date of the thesis. If submitting a journal article proposal, include the journal reference and publication guidelines, and specify whether it has been submitted, is under review, accepted, or in press. If submitting a conference paper proposal for another conference, include its reference.</w:t>
      </w:r>
    </w:p>
    <w:p w14:paraId="507072BA" w14:textId="77777777" w:rsidR="00051953" w:rsidRDefault="00000000">
      <w:pPr>
        <w:jc w:val="both"/>
      </w:pPr>
      <w:r>
        <w:t xml:space="preserve">PUBLIC PRESENTATION: 10-minute presentation of the report by the doctoral candidate, 10 minutes for each member of the evaluation committee, and a 5-minute response by the candidate, up to a maximum of 45 minutes per candidate. </w:t>
      </w:r>
    </w:p>
    <w:p w14:paraId="443037C1" w14:textId="2BFAFE61" w:rsidR="00051953" w:rsidRDefault="00000000">
      <w:pPr>
        <w:jc w:val="both"/>
      </w:pPr>
      <w:r>
        <w:rPr>
          <w:b/>
        </w:rPr>
        <w:t>Please consult the "Monitoring Evaluation Procedure" document available on the Doctoral Program website for further details regarding monitoring procedures, evaluation dates, and documentation submission deadlines:</w:t>
      </w:r>
      <w:r w:rsidR="00FA08DF">
        <w:rPr>
          <w:b/>
        </w:rPr>
        <w:t xml:space="preserve"> </w:t>
      </w:r>
      <w:r>
        <w:t>https://www.uab.cat/ca/doctorats/antropologia-social-cultural#seccio-avaluacio</w:t>
      </w:r>
    </w:p>
    <w:p w14:paraId="08D7B3D8" w14:textId="77777777" w:rsidR="00051953" w:rsidRDefault="00051953"/>
    <w:p w14:paraId="561B18F2" w14:textId="44E2BEFE" w:rsidR="00051953" w:rsidRDefault="00000000">
      <w:pPr>
        <w:jc w:val="center"/>
      </w:pPr>
      <w:r>
        <w:rPr>
          <w:b/>
          <w:sz w:val="22"/>
        </w:rPr>
        <w:lastRenderedPageBreak/>
        <w:t xml:space="preserve">DOCTORAL THESIS </w:t>
      </w:r>
      <w:r w:rsidR="00FA08DF">
        <w:rPr>
          <w:b/>
          <w:sz w:val="22"/>
        </w:rPr>
        <w:t>EVALUATION</w:t>
      </w:r>
      <w:r>
        <w:rPr>
          <w:b/>
          <w:sz w:val="22"/>
        </w:rPr>
        <w:t xml:space="preserve"> DOCUMENT - FINAL YEAR</w:t>
      </w:r>
    </w:p>
    <w:p w14:paraId="6898CD95" w14:textId="77777777" w:rsidR="00051953" w:rsidRDefault="00000000" w:rsidP="00FA08DF">
      <w:pPr>
        <w:pBdr>
          <w:bottom w:val="single" w:sz="4" w:space="1" w:color="auto"/>
        </w:pBdr>
        <w:jc w:val="center"/>
      </w:pPr>
      <w:r>
        <w:rPr>
          <w:b/>
        </w:rPr>
        <w:t>Department of Social and Cultural Anthropology, UAB</w:t>
      </w:r>
    </w:p>
    <w:p w14:paraId="4913CCE2" w14:textId="77777777" w:rsidR="00051953" w:rsidRDefault="00051953"/>
    <w:p w14:paraId="17A7C854" w14:textId="77777777" w:rsidR="00051953" w:rsidRDefault="00000000">
      <w:r>
        <w:rPr>
          <w:b/>
        </w:rPr>
        <w:t>COVER PAGE</w:t>
      </w:r>
    </w:p>
    <w:p w14:paraId="1ABD0A45" w14:textId="77777777" w:rsidR="00051953" w:rsidRDefault="00000000" w:rsidP="00FA08DF">
      <w:pPr>
        <w:pBdr>
          <w:top w:val="single" w:sz="4" w:space="1" w:color="auto"/>
          <w:left w:val="single" w:sz="4" w:space="4" w:color="auto"/>
          <w:bottom w:val="single" w:sz="4" w:space="1" w:color="auto"/>
          <w:right w:val="single" w:sz="4" w:space="4" w:color="auto"/>
        </w:pBdr>
      </w:pPr>
      <w:r>
        <w:rPr>
          <w:i/>
        </w:rPr>
        <w:t>Full name:</w:t>
      </w:r>
      <w:r>
        <w:rPr>
          <w:i/>
        </w:rPr>
        <w:tab/>
      </w:r>
    </w:p>
    <w:p w14:paraId="613FC50B" w14:textId="77777777" w:rsidR="00051953" w:rsidRDefault="00000000" w:rsidP="00FA08DF">
      <w:pPr>
        <w:pBdr>
          <w:top w:val="single" w:sz="4" w:space="1" w:color="auto"/>
          <w:left w:val="single" w:sz="4" w:space="4" w:color="auto"/>
          <w:bottom w:val="single" w:sz="4" w:space="1" w:color="auto"/>
          <w:right w:val="single" w:sz="4" w:space="4" w:color="auto"/>
        </w:pBdr>
      </w:pPr>
      <w:r>
        <w:rPr>
          <w:i/>
        </w:rPr>
        <w:t>E-mail:</w:t>
      </w:r>
      <w:r>
        <w:rPr>
          <w:i/>
        </w:rPr>
        <w:tab/>
      </w:r>
      <w:r>
        <w:rPr>
          <w:i/>
        </w:rPr>
        <w:tab/>
      </w:r>
      <w:r>
        <w:rPr>
          <w:i/>
        </w:rPr>
        <w:tab/>
      </w:r>
      <w:r>
        <w:rPr>
          <w:i/>
        </w:rPr>
        <w:tab/>
      </w:r>
      <w:r>
        <w:rPr>
          <w:i/>
        </w:rPr>
        <w:tab/>
      </w:r>
      <w:r>
        <w:rPr>
          <w:i/>
        </w:rPr>
        <w:tab/>
      </w:r>
    </w:p>
    <w:p w14:paraId="667717E0" w14:textId="77777777" w:rsidR="00051953" w:rsidRDefault="00000000" w:rsidP="00FA08DF">
      <w:pPr>
        <w:pBdr>
          <w:top w:val="single" w:sz="4" w:space="1" w:color="auto"/>
          <w:left w:val="single" w:sz="4" w:space="4" w:color="auto"/>
          <w:bottom w:val="single" w:sz="4" w:space="1" w:color="auto"/>
          <w:right w:val="single" w:sz="4" w:space="4" w:color="auto"/>
        </w:pBdr>
      </w:pPr>
      <w:r>
        <w:rPr>
          <w:i/>
        </w:rPr>
        <w:t>ID or Passport:</w:t>
      </w:r>
      <w:r>
        <w:rPr>
          <w:i/>
        </w:rPr>
        <w:tab/>
      </w:r>
      <w:r>
        <w:rPr>
          <w:i/>
        </w:rPr>
        <w:tab/>
      </w:r>
    </w:p>
    <w:p w14:paraId="01DBE743" w14:textId="77777777" w:rsidR="00051953" w:rsidRDefault="00000000" w:rsidP="00FA08DF">
      <w:pPr>
        <w:pBdr>
          <w:top w:val="single" w:sz="4" w:space="1" w:color="auto"/>
          <w:left w:val="single" w:sz="4" w:space="4" w:color="auto"/>
          <w:bottom w:val="single" w:sz="4" w:space="1" w:color="auto"/>
          <w:right w:val="single" w:sz="4" w:space="4" w:color="auto"/>
        </w:pBdr>
      </w:pPr>
      <w:r>
        <w:rPr>
          <w:i/>
        </w:rPr>
        <w:t>Doctoral Thesis Project Title:</w:t>
      </w:r>
      <w:r>
        <w:rPr>
          <w:i/>
        </w:rPr>
        <w:tab/>
      </w:r>
    </w:p>
    <w:p w14:paraId="6C43A49E" w14:textId="77777777" w:rsidR="00051953" w:rsidRDefault="00051953" w:rsidP="00FA08DF">
      <w:pPr>
        <w:pBdr>
          <w:top w:val="single" w:sz="4" w:space="1" w:color="auto"/>
          <w:left w:val="single" w:sz="4" w:space="4" w:color="auto"/>
          <w:bottom w:val="single" w:sz="4" w:space="1" w:color="auto"/>
          <w:right w:val="single" w:sz="4" w:space="4" w:color="auto"/>
        </w:pBdr>
      </w:pPr>
    </w:p>
    <w:p w14:paraId="7A0F32D7" w14:textId="77777777" w:rsidR="00051953" w:rsidRDefault="00000000" w:rsidP="00FA08DF">
      <w:pPr>
        <w:pBdr>
          <w:top w:val="single" w:sz="4" w:space="1" w:color="auto"/>
          <w:left w:val="single" w:sz="4" w:space="4" w:color="auto"/>
          <w:bottom w:val="single" w:sz="4" w:space="1" w:color="auto"/>
          <w:right w:val="single" w:sz="4" w:space="4" w:color="auto"/>
        </w:pBdr>
      </w:pPr>
      <w:r>
        <w:rPr>
          <w:i/>
        </w:rPr>
        <w:t>Thesis Director(s):</w:t>
      </w:r>
      <w:r>
        <w:rPr>
          <w:i/>
        </w:rPr>
        <w:tab/>
      </w:r>
      <w:r>
        <w:rPr>
          <w:i/>
        </w:rPr>
        <w:tab/>
      </w:r>
    </w:p>
    <w:p w14:paraId="341E532C" w14:textId="77777777" w:rsidR="00051953" w:rsidRDefault="00000000" w:rsidP="00FA08DF">
      <w:pPr>
        <w:pBdr>
          <w:top w:val="single" w:sz="4" w:space="1" w:color="auto"/>
          <w:left w:val="single" w:sz="4" w:space="4" w:color="auto"/>
          <w:bottom w:val="single" w:sz="4" w:space="1" w:color="auto"/>
          <w:right w:val="single" w:sz="4" w:space="4" w:color="auto"/>
        </w:pBdr>
      </w:pPr>
      <w:r>
        <w:rPr>
          <w:i/>
        </w:rPr>
        <w:t>Thesis Tutor:</w:t>
      </w:r>
    </w:p>
    <w:p w14:paraId="0A699C93" w14:textId="77777777" w:rsidR="00051953" w:rsidRDefault="00000000" w:rsidP="00FA08DF">
      <w:pPr>
        <w:pBdr>
          <w:top w:val="single" w:sz="4" w:space="1" w:color="auto"/>
          <w:left w:val="single" w:sz="4" w:space="4" w:color="auto"/>
          <w:bottom w:val="single" w:sz="4" w:space="1" w:color="auto"/>
          <w:right w:val="single" w:sz="4" w:space="4" w:color="auto"/>
        </w:pBdr>
      </w:pPr>
      <w:r>
        <w:rPr>
          <w:i/>
        </w:rPr>
        <w:t>Date of First Enrollment:</w:t>
      </w:r>
    </w:p>
    <w:p w14:paraId="10A861DC" w14:textId="49C5F189" w:rsidR="00051953" w:rsidRDefault="00000000" w:rsidP="00FA08DF">
      <w:pPr>
        <w:pBdr>
          <w:top w:val="single" w:sz="4" w:space="1" w:color="auto"/>
          <w:left w:val="single" w:sz="4" w:space="4" w:color="auto"/>
          <w:bottom w:val="single" w:sz="4" w:space="1" w:color="auto"/>
          <w:right w:val="single" w:sz="4" w:space="4" w:color="auto"/>
        </w:pBdr>
      </w:pPr>
      <w:r>
        <w:rPr>
          <w:i/>
        </w:rPr>
        <w:t xml:space="preserve">MONITORING YEAR: </w:t>
      </w:r>
    </w:p>
    <w:p w14:paraId="26BF0014" w14:textId="77777777" w:rsidR="00051953" w:rsidRDefault="00000000" w:rsidP="00FA08DF">
      <w:pPr>
        <w:pBdr>
          <w:top w:val="single" w:sz="4" w:space="1" w:color="auto"/>
          <w:left w:val="single" w:sz="4" w:space="4" w:color="auto"/>
          <w:bottom w:val="single" w:sz="4" w:space="1" w:color="auto"/>
          <w:right w:val="single" w:sz="4" w:space="4" w:color="auto"/>
        </w:pBdr>
      </w:pPr>
      <w:r>
        <w:rPr>
          <w:i/>
        </w:rPr>
        <w:t>Expected completion date of the thesis:</w:t>
      </w:r>
    </w:p>
    <w:p w14:paraId="0872B9DD" w14:textId="77777777" w:rsidR="00051953" w:rsidRDefault="00051953" w:rsidP="00FA08DF">
      <w:pPr>
        <w:pBdr>
          <w:top w:val="single" w:sz="4" w:space="1" w:color="auto"/>
          <w:left w:val="single" w:sz="4" w:space="4" w:color="auto"/>
          <w:bottom w:val="single" w:sz="4" w:space="1" w:color="auto"/>
          <w:right w:val="single" w:sz="4" w:space="4" w:color="auto"/>
        </w:pBdr>
      </w:pPr>
    </w:p>
    <w:p w14:paraId="34510869" w14:textId="77777777" w:rsidR="00051953" w:rsidRDefault="00000000" w:rsidP="00FA08DF">
      <w:pPr>
        <w:pBdr>
          <w:top w:val="single" w:sz="4" w:space="1" w:color="auto"/>
          <w:left w:val="single" w:sz="4" w:space="4" w:color="auto"/>
          <w:bottom w:val="single" w:sz="4" w:space="1" w:color="auto"/>
          <w:right w:val="single" w:sz="4" w:space="4" w:color="auto"/>
        </w:pBdr>
      </w:pPr>
      <w:r>
        <w:rPr>
          <w:i/>
        </w:rPr>
        <w:t xml:space="preserve">Dedicational Status: </w:t>
      </w:r>
      <w:r>
        <w:rPr>
          <w:i/>
        </w:rPr>
        <w:tab/>
        <w:t>Full-time / Part-time</w:t>
      </w:r>
    </w:p>
    <w:p w14:paraId="23BC75AB" w14:textId="77777777" w:rsidR="00051953" w:rsidRDefault="00000000" w:rsidP="00FA08DF">
      <w:pPr>
        <w:pBdr>
          <w:top w:val="single" w:sz="4" w:space="1" w:color="auto"/>
          <w:left w:val="single" w:sz="4" w:space="4" w:color="auto"/>
          <w:bottom w:val="single" w:sz="4" w:space="1" w:color="auto"/>
          <w:right w:val="single" w:sz="4" w:space="4" w:color="auto"/>
        </w:pBdr>
      </w:pPr>
      <w:r>
        <w:rPr>
          <w:i/>
        </w:rPr>
        <w:t xml:space="preserve">Thesis by Publication: </w:t>
      </w:r>
      <w:r>
        <w:rPr>
          <w:i/>
        </w:rPr>
        <w:tab/>
        <w:t>Yes / No</w:t>
      </w:r>
    </w:p>
    <w:p w14:paraId="0FFAEC94" w14:textId="49CFF7C0" w:rsidR="00051953" w:rsidRDefault="00000000" w:rsidP="00FA08DF">
      <w:pPr>
        <w:pBdr>
          <w:top w:val="single" w:sz="4" w:space="1" w:color="auto"/>
          <w:left w:val="single" w:sz="4" w:space="4" w:color="auto"/>
          <w:bottom w:val="single" w:sz="4" w:space="1" w:color="auto"/>
          <w:right w:val="single" w:sz="4" w:space="4" w:color="auto"/>
        </w:pBdr>
      </w:pPr>
      <w:r>
        <w:rPr>
          <w:i/>
        </w:rPr>
        <w:t xml:space="preserve">Grant/Scholarship: </w:t>
      </w:r>
      <w:r>
        <w:rPr>
          <w:i/>
        </w:rPr>
        <w:tab/>
      </w:r>
      <w:r>
        <w:rPr>
          <w:i/>
        </w:rPr>
        <w:tab/>
        <w:t xml:space="preserve">Yes / No </w:t>
      </w:r>
      <w:r>
        <w:rPr>
          <w:i/>
        </w:rPr>
        <w:tab/>
        <w:t>Grant Reference:</w:t>
      </w:r>
      <w:r>
        <w:rPr>
          <w:i/>
        </w:rPr>
        <w:tab/>
      </w:r>
    </w:p>
    <w:p w14:paraId="285299DF" w14:textId="77777777" w:rsidR="00051953" w:rsidRDefault="00051953" w:rsidP="00FA08DF">
      <w:pPr>
        <w:pBdr>
          <w:top w:val="single" w:sz="4" w:space="1" w:color="auto"/>
          <w:left w:val="single" w:sz="4" w:space="4" w:color="auto"/>
          <w:bottom w:val="single" w:sz="4" w:space="1" w:color="auto"/>
          <w:right w:val="single" w:sz="4" w:space="4" w:color="auto"/>
        </w:pBdr>
      </w:pPr>
    </w:p>
    <w:p w14:paraId="03E5CB05" w14:textId="77777777" w:rsidR="00051953" w:rsidRDefault="00000000" w:rsidP="00FA08DF">
      <w:pPr>
        <w:pBdr>
          <w:top w:val="single" w:sz="4" w:space="1" w:color="auto"/>
          <w:left w:val="single" w:sz="4" w:space="4" w:color="auto"/>
          <w:bottom w:val="single" w:sz="4" w:space="1" w:color="auto"/>
          <w:right w:val="single" w:sz="4" w:space="4" w:color="auto"/>
        </w:pBdr>
      </w:pPr>
      <w:r>
        <w:rPr>
          <w:b/>
          <w:i/>
        </w:rPr>
        <w:t>If submitting a journal article / conference paper proposal:</w:t>
      </w:r>
    </w:p>
    <w:p w14:paraId="21AA2B7A" w14:textId="77777777" w:rsidR="00051953" w:rsidRDefault="00000000" w:rsidP="00FA08DF">
      <w:pPr>
        <w:pBdr>
          <w:top w:val="single" w:sz="4" w:space="1" w:color="auto"/>
          <w:left w:val="single" w:sz="4" w:space="4" w:color="auto"/>
          <w:bottom w:val="single" w:sz="4" w:space="1" w:color="auto"/>
          <w:right w:val="single" w:sz="4" w:space="4" w:color="auto"/>
        </w:pBdr>
      </w:pPr>
      <w:r>
        <w:rPr>
          <w:i/>
        </w:rPr>
        <w:t>Name of the journal / conference:</w:t>
      </w:r>
    </w:p>
    <w:p w14:paraId="1852A4B0" w14:textId="4A605891" w:rsidR="00051953" w:rsidRDefault="00000000" w:rsidP="00FA08DF">
      <w:pPr>
        <w:pBdr>
          <w:top w:val="single" w:sz="4" w:space="1" w:color="auto"/>
          <w:left w:val="single" w:sz="4" w:space="4" w:color="auto"/>
          <w:bottom w:val="single" w:sz="4" w:space="1" w:color="auto"/>
          <w:right w:val="single" w:sz="4" w:space="4" w:color="auto"/>
        </w:pBdr>
      </w:pPr>
      <w:r>
        <w:rPr>
          <w:i/>
        </w:rPr>
        <w:t xml:space="preserve">Status: </w:t>
      </w:r>
      <w:r>
        <w:rPr>
          <w:i/>
        </w:rPr>
        <w:tab/>
      </w:r>
      <w:r>
        <w:rPr>
          <w:i/>
        </w:rPr>
        <w:tab/>
        <w:t xml:space="preserve">Not submitted / Submitted / Under review / </w:t>
      </w:r>
    </w:p>
    <w:p w14:paraId="3584C4B6" w14:textId="77777777" w:rsidR="00051953" w:rsidRDefault="00000000" w:rsidP="00FA08DF">
      <w:pPr>
        <w:pBdr>
          <w:top w:val="single" w:sz="4" w:space="1" w:color="auto"/>
          <w:left w:val="single" w:sz="4" w:space="4" w:color="auto"/>
          <w:bottom w:val="single" w:sz="4" w:space="1" w:color="auto"/>
          <w:right w:val="single" w:sz="4" w:space="4" w:color="auto"/>
        </w:pBdr>
      </w:pPr>
      <w:r>
        <w:rPr>
          <w:i/>
        </w:rPr>
        <w:tab/>
      </w:r>
      <w:r>
        <w:rPr>
          <w:i/>
        </w:rPr>
        <w:tab/>
      </w:r>
      <w:r>
        <w:rPr>
          <w:i/>
        </w:rPr>
        <w:tab/>
        <w:t>Accepted / In press</w:t>
      </w:r>
      <w:r>
        <w:rPr>
          <w:i/>
        </w:rPr>
        <w:tab/>
      </w:r>
    </w:p>
    <w:p w14:paraId="417B4C9D" w14:textId="77777777" w:rsidR="00051953" w:rsidRDefault="00051953"/>
    <w:p w14:paraId="4698FD62" w14:textId="77777777" w:rsidR="00FA08DF" w:rsidRDefault="00FA08DF"/>
    <w:p w14:paraId="3236FC5A" w14:textId="77777777" w:rsidR="00051953" w:rsidRDefault="00000000">
      <w:r>
        <w:rPr>
          <w:b/>
        </w:rPr>
        <w:lastRenderedPageBreak/>
        <w:t>PAPER / PRESENTATION</w:t>
      </w:r>
    </w:p>
    <w:p w14:paraId="027BCFF5" w14:textId="77777777" w:rsidR="00051953" w:rsidRDefault="00000000">
      <w:r>
        <w:t>Max. 5000 words</w:t>
      </w:r>
    </w:p>
    <w:p w14:paraId="62E59383" w14:textId="77777777" w:rsidR="00051953" w:rsidRDefault="00051953"/>
    <w:p w14:paraId="1C58FA90" w14:textId="77777777" w:rsidR="00051953" w:rsidRDefault="00000000">
      <w:r>
        <w:rPr>
          <w:b/>
        </w:rPr>
        <w:t>APPENDICES</w:t>
      </w:r>
    </w:p>
    <w:p w14:paraId="1C9114FF" w14:textId="77777777" w:rsidR="00051953" w:rsidRDefault="00000000">
      <w:r>
        <w:t>APPENDIX I: Curriculum Vitae</w:t>
      </w:r>
    </w:p>
    <w:p w14:paraId="04DF3456" w14:textId="77777777" w:rsidR="00051953" w:rsidRDefault="00000000">
      <w:r>
        <w:t>APPENDIX II: Doctoral thesis progress reports from previous monitoring evaluations</w:t>
      </w:r>
    </w:p>
    <w:p w14:paraId="01E7757A" w14:textId="77777777" w:rsidR="00051953" w:rsidRDefault="00051953"/>
    <w:sectPr w:rsidR="00051953" w:rsidSect="00034616">
      <w:headerReference w:type="default" r:id="rId9"/>
      <w:footerReference w:type="default" r:id="rId10"/>
      <w:pgSz w:w="12240" w:h="15840"/>
      <w:pgMar w:top="1417" w:right="1701"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9C5171" w14:textId="77777777" w:rsidR="00087401" w:rsidRDefault="00087401" w:rsidP="00FA08DF">
      <w:pPr>
        <w:spacing w:after="0" w:line="240" w:lineRule="auto"/>
      </w:pPr>
      <w:r>
        <w:separator/>
      </w:r>
    </w:p>
  </w:endnote>
  <w:endnote w:type="continuationSeparator" w:id="0">
    <w:p w14:paraId="627BDD0E" w14:textId="77777777" w:rsidR="00087401" w:rsidRDefault="00087401" w:rsidP="00FA0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jc w:val="right"/>
      <w:tblCellMar>
        <w:top w:w="115" w:type="dxa"/>
        <w:left w:w="115" w:type="dxa"/>
        <w:bottom w:w="115" w:type="dxa"/>
        <w:right w:w="115" w:type="dxa"/>
      </w:tblCellMar>
      <w:tblLook w:val="04A0" w:firstRow="1" w:lastRow="0" w:firstColumn="1" w:lastColumn="0" w:noHBand="0" w:noVBand="1"/>
    </w:tblPr>
    <w:tblGrid>
      <w:gridCol w:w="8396"/>
      <w:gridCol w:w="442"/>
    </w:tblGrid>
    <w:tr w:rsidR="00FA08DF" w14:paraId="7443BB27" w14:textId="77777777" w:rsidTr="00381AFF">
      <w:trPr>
        <w:jc w:val="right"/>
      </w:trPr>
      <w:tc>
        <w:tcPr>
          <w:tcW w:w="4795" w:type="dxa"/>
          <w:vAlign w:val="center"/>
        </w:tcPr>
        <w:sdt>
          <w:sdtPr>
            <w:rPr>
              <w:caps/>
              <w:color w:val="000000" w:themeColor="text1"/>
            </w:rPr>
            <w:alias w:val="Autor"/>
            <w:tag w:val=""/>
            <w:id w:val="1534539408"/>
            <w:placeholder>
              <w:docPart w:val="9D796202236DD54D86C52F70ECB8091B"/>
            </w:placeholder>
            <w:dataBinding w:prefixMappings="xmlns:ns0='http://purl.org/dc/elements/1.1/' xmlns:ns1='http://schemas.openxmlformats.org/package/2006/metadata/core-properties' " w:xpath="/ns1:coreProperties[1]/ns0:creator[1]" w:storeItemID="{6C3C8BC8-F283-45AE-878A-BAB7291924A1}"/>
            <w:text/>
          </w:sdtPr>
          <w:sdtContent>
            <w:p w14:paraId="5487AD86" w14:textId="1D7C3614" w:rsidR="00FA08DF" w:rsidRDefault="00FA08DF" w:rsidP="00FA08DF">
              <w:pPr>
                <w:pStyle w:val="Encabezado"/>
                <w:jc w:val="right"/>
                <w:rPr>
                  <w:caps/>
                  <w:color w:val="000000" w:themeColor="text1"/>
                </w:rPr>
              </w:pPr>
              <w:r>
                <w:rPr>
                  <w:caps/>
                  <w:color w:val="000000" w:themeColor="text1"/>
                </w:rPr>
                <w:t>phd wollow-up report: final year</w:t>
              </w:r>
            </w:p>
          </w:sdtContent>
        </w:sdt>
      </w:tc>
      <w:tc>
        <w:tcPr>
          <w:tcW w:w="250" w:type="pct"/>
          <w:shd w:val="clear" w:color="auto" w:fill="C0504D" w:themeFill="accent2"/>
          <w:vAlign w:val="center"/>
        </w:tcPr>
        <w:p w14:paraId="7418BE26" w14:textId="77777777" w:rsidR="00FA08DF" w:rsidRDefault="00FA08DF" w:rsidP="00FA08DF">
          <w:pPr>
            <w:pStyle w:val="Piedepgina"/>
            <w:jc w:val="center"/>
            <w:rPr>
              <w:color w:val="FFFFFF" w:themeColor="background1"/>
            </w:rPr>
          </w:pPr>
          <w:r>
            <w:rPr>
              <w:color w:val="FFFFFF" w:themeColor="background1"/>
            </w:rPr>
            <w:fldChar w:fldCharType="begin"/>
          </w:r>
          <w:r>
            <w:rPr>
              <w:color w:val="FFFFFF" w:themeColor="background1"/>
            </w:rPr>
            <w:instrText>PAGE   \* MERGEFORMAT</w:instrText>
          </w:r>
          <w:r>
            <w:rPr>
              <w:color w:val="FFFFFF" w:themeColor="background1"/>
            </w:rPr>
            <w:fldChar w:fldCharType="separate"/>
          </w:r>
          <w:r>
            <w:rPr>
              <w:color w:val="FFFFFF" w:themeColor="background1"/>
            </w:rPr>
            <w:t>2</w:t>
          </w:r>
          <w:r>
            <w:rPr>
              <w:color w:val="FFFFFF" w:themeColor="background1"/>
            </w:rPr>
            <w:fldChar w:fldCharType="end"/>
          </w:r>
        </w:p>
      </w:tc>
    </w:tr>
  </w:tbl>
  <w:p w14:paraId="4412B317" w14:textId="77777777" w:rsidR="00FA08DF" w:rsidRDefault="00FA08D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42C283" w14:textId="77777777" w:rsidR="00087401" w:rsidRDefault="00087401" w:rsidP="00FA08DF">
      <w:pPr>
        <w:spacing w:after="0" w:line="240" w:lineRule="auto"/>
      </w:pPr>
      <w:r>
        <w:separator/>
      </w:r>
    </w:p>
  </w:footnote>
  <w:footnote w:type="continuationSeparator" w:id="0">
    <w:p w14:paraId="57BF666D" w14:textId="77777777" w:rsidR="00087401" w:rsidRDefault="00087401" w:rsidP="00FA0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A3C7BA" w14:textId="77777777" w:rsidR="00FA08DF" w:rsidRDefault="00FA08DF" w:rsidP="00FA08DF">
    <w:pPr>
      <w:pStyle w:val="Encabezado"/>
      <w:pBdr>
        <w:bottom w:val="single" w:sz="4" w:space="1" w:color="auto"/>
      </w:pBdr>
      <w:jc w:val="center"/>
      <w:rPr>
        <w:b/>
        <w:bCs/>
      </w:rPr>
    </w:pPr>
    <w:r>
      <w:rPr>
        <w:noProof/>
      </w:rPr>
      <mc:AlternateContent>
        <mc:Choice Requires="wps">
          <w:drawing>
            <wp:anchor distT="0" distB="0" distL="114300" distR="114300" simplePos="0" relativeHeight="251661312" behindDoc="0" locked="0" layoutInCell="1" allowOverlap="1" wp14:anchorId="6232241A" wp14:editId="6201B8B6">
              <wp:simplePos x="0" y="0"/>
              <wp:positionH relativeFrom="column">
                <wp:posOffset>2078062</wp:posOffset>
              </wp:positionH>
              <wp:positionV relativeFrom="paragraph">
                <wp:posOffset>-288388</wp:posOffset>
              </wp:positionV>
              <wp:extent cx="3214419" cy="407963"/>
              <wp:effectExtent l="0" t="0" r="0" b="0"/>
              <wp:wrapNone/>
              <wp:docPr id="598323328" name="Cuadro de texto 3"/>
              <wp:cNvGraphicFramePr/>
              <a:graphic xmlns:a="http://schemas.openxmlformats.org/drawingml/2006/main">
                <a:graphicData uri="http://schemas.microsoft.com/office/word/2010/wordprocessingShape">
                  <wps:wsp>
                    <wps:cNvSpPr txBox="1"/>
                    <wps:spPr>
                      <a:xfrm>
                        <a:off x="0" y="0"/>
                        <a:ext cx="3214419" cy="407963"/>
                      </a:xfrm>
                      <a:prstGeom prst="rect">
                        <a:avLst/>
                      </a:prstGeom>
                      <a:noFill/>
                      <a:ln w="6350">
                        <a:noFill/>
                      </a:ln>
                    </wps:spPr>
                    <wps:txbx>
                      <w:txbxContent>
                        <w:p w14:paraId="63AF31FA" w14:textId="77777777" w:rsidR="00FA08DF" w:rsidRPr="00521A34" w:rsidRDefault="00FA08DF" w:rsidP="00FA08DF">
                          <w:pPr>
                            <w:pStyle w:val="Encabezado"/>
                            <w:pBdr>
                              <w:bottom w:val="single" w:sz="4" w:space="1" w:color="auto"/>
                            </w:pBdr>
                            <w:jc w:val="center"/>
                            <w:rPr>
                              <w:b/>
                              <w:bCs/>
                              <w:sz w:val="20"/>
                              <w:szCs w:val="20"/>
                            </w:rPr>
                          </w:pPr>
                          <w:r w:rsidRPr="00521A34">
                            <w:rPr>
                              <w:b/>
                              <w:bCs/>
                              <w:sz w:val="20"/>
                              <w:szCs w:val="20"/>
                            </w:rPr>
                            <w:t xml:space="preserve">Doctoral </w:t>
                          </w:r>
                          <w:proofErr w:type="spellStart"/>
                          <w:r w:rsidRPr="00521A34">
                            <w:rPr>
                              <w:b/>
                              <w:bCs/>
                              <w:sz w:val="20"/>
                              <w:szCs w:val="20"/>
                            </w:rPr>
                            <w:t>Programme</w:t>
                          </w:r>
                          <w:proofErr w:type="spellEnd"/>
                          <w:r w:rsidRPr="00521A34">
                            <w:rPr>
                              <w:b/>
                              <w:bCs/>
                              <w:sz w:val="20"/>
                              <w:szCs w:val="20"/>
                            </w:rPr>
                            <w:t xml:space="preserve"> in Social and Cultural Anthropology</w:t>
                          </w:r>
                        </w:p>
                        <w:p w14:paraId="531D2DFE" w14:textId="77777777" w:rsidR="00FA08DF" w:rsidRPr="00521A34" w:rsidRDefault="00FA08DF" w:rsidP="00FA08DF">
                          <w:pPr>
                            <w:pBdr>
                              <w:bottom w:val="single" w:sz="4" w:space="1" w:color="auto"/>
                            </w:pBd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32241A" id="_x0000_t202" coordsize="21600,21600" o:spt="202" path="m,l,21600r21600,l21600,xe">
              <v:stroke joinstyle="miter"/>
              <v:path gradientshapeok="t" o:connecttype="rect"/>
            </v:shapetype>
            <v:shape id="Cuadro de texto 3" o:spid="_x0000_s1026" type="#_x0000_t202" style="position:absolute;left:0;text-align:left;margin-left:163.65pt;margin-top:-22.7pt;width:253.1pt;height:3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" filled="f" stroked="f" strokeweight=".5pt">
              <v:textbox>
                <w:txbxContent>
                  <w:p w14:paraId="63AF31FA" w14:textId="77777777" w:rsidR="00FA08DF" w:rsidRPr="00521A34" w:rsidRDefault="00FA08DF" w:rsidP="00FA08DF">
                    <w:pPr>
                      <w:pStyle w:val="Encabezado"/>
                      <w:pBdr>
                        <w:bottom w:val="single" w:sz="4" w:space="1" w:color="auto"/>
                      </w:pBdr>
                      <w:jc w:val="center"/>
                      <w:rPr>
                        <w:b/>
                        <w:bCs/>
                        <w:sz w:val="20"/>
                        <w:szCs w:val="20"/>
                      </w:rPr>
                    </w:pPr>
                    <w:r w:rsidRPr="00521A34">
                      <w:rPr>
                        <w:b/>
                        <w:bCs/>
                        <w:sz w:val="20"/>
                        <w:szCs w:val="20"/>
                      </w:rPr>
                      <w:t xml:space="preserve">Doctoral </w:t>
                    </w:r>
                    <w:proofErr w:type="spellStart"/>
                    <w:r w:rsidRPr="00521A34">
                      <w:rPr>
                        <w:b/>
                        <w:bCs/>
                        <w:sz w:val="20"/>
                        <w:szCs w:val="20"/>
                      </w:rPr>
                      <w:t>Programme</w:t>
                    </w:r>
                    <w:proofErr w:type="spellEnd"/>
                    <w:r w:rsidRPr="00521A34">
                      <w:rPr>
                        <w:b/>
                        <w:bCs/>
                        <w:sz w:val="20"/>
                        <w:szCs w:val="20"/>
                      </w:rPr>
                      <w:t xml:space="preserve"> in Social and Cultural Anthropology</w:t>
                    </w:r>
                  </w:p>
                  <w:p w14:paraId="531D2DFE" w14:textId="77777777" w:rsidR="00FA08DF" w:rsidRPr="00521A34" w:rsidRDefault="00FA08DF" w:rsidP="00FA08DF">
                    <w:pPr>
                      <w:pBdr>
                        <w:bottom w:val="single" w:sz="4" w:space="1" w:color="auto"/>
                      </w:pBdr>
                      <w:rPr>
                        <w:sz w:val="20"/>
                        <w:szCs w:val="20"/>
                      </w:rPr>
                    </w:pPr>
                  </w:p>
                </w:txbxContent>
              </v:textbox>
            </v:shape>
          </w:pict>
        </mc:Fallback>
      </mc:AlternateContent>
    </w:r>
    <w:r>
      <w:rPr>
        <w:noProof/>
      </w:rPr>
      <mc:AlternateContent>
        <mc:Choice Requires="wps">
          <w:drawing>
            <wp:anchor distT="0" distB="0" distL="114300" distR="114300" simplePos="0" relativeHeight="251660288" behindDoc="1" locked="0" layoutInCell="1" allowOverlap="1" wp14:anchorId="6A113FCE" wp14:editId="32C9B334">
              <wp:simplePos x="0" y="0"/>
              <wp:positionH relativeFrom="column">
                <wp:posOffset>-3957</wp:posOffset>
              </wp:positionH>
              <wp:positionV relativeFrom="paragraph">
                <wp:posOffset>-330005</wp:posOffset>
              </wp:positionV>
              <wp:extent cx="5479367" cy="633047"/>
              <wp:effectExtent l="12700" t="12700" r="7620" b="15240"/>
              <wp:wrapNone/>
              <wp:docPr id="79635908" name="Rectángulo 2"/>
              <wp:cNvGraphicFramePr/>
              <a:graphic xmlns:a="http://schemas.openxmlformats.org/drawingml/2006/main">
                <a:graphicData uri="http://schemas.microsoft.com/office/word/2010/wordprocessingShape">
                  <wps:wsp>
                    <wps:cNvSpPr/>
                    <wps:spPr>
                      <a:xfrm>
                        <a:off x="0" y="0"/>
                        <a:ext cx="5479367" cy="633047"/>
                      </a:xfrm>
                      <a:prstGeom prst="rect">
                        <a:avLst/>
                      </a:prstGeom>
                      <a:solidFill>
                        <a:schemeClr val="accent1">
                          <a:lumMod val="20000"/>
                          <a:lumOff val="80000"/>
                        </a:schemeClr>
                      </a:solidFill>
                      <a:ln>
                        <a:solidFill>
                          <a:schemeClr val="accent1">
                            <a:lumMod val="20000"/>
                            <a:lumOff val="80000"/>
                          </a:schemeClr>
                        </a:solidFill>
                      </a:ln>
                      <a:effectLst>
                        <a:softEdge rad="50800"/>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D0573C" id="Rectángulo 2" o:spid="_x0000_s1026" style="position:absolute;margin-left:-.3pt;margin-top:-26pt;width:431.45pt;height:49.85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" fillcolor="#dbe5f1 [660]" strokecolor="#dbe5f1 [660]" strokeweight="2pt"/>
          </w:pict>
        </mc:Fallback>
      </mc:AlternateContent>
    </w:r>
    <w:r>
      <w:rPr>
        <w:noProof/>
      </w:rPr>
      <w:drawing>
        <wp:anchor distT="0" distB="0" distL="114300" distR="114300" simplePos="0" relativeHeight="251659264" behindDoc="0" locked="0" layoutInCell="1" allowOverlap="1" wp14:anchorId="7EECA4E8" wp14:editId="577F625F">
          <wp:simplePos x="0" y="0"/>
          <wp:positionH relativeFrom="column">
            <wp:posOffset>93980</wp:posOffset>
          </wp:positionH>
          <wp:positionV relativeFrom="paragraph">
            <wp:posOffset>-217072</wp:posOffset>
          </wp:positionV>
          <wp:extent cx="1194896" cy="376848"/>
          <wp:effectExtent l="0" t="0" r="0" b="4445"/>
          <wp:wrapNone/>
          <wp:docPr id="176358841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588418" name="Imagen 1763588418"/>
                  <pic:cNvPicPr/>
                </pic:nvPicPr>
                <pic:blipFill>
                  <a:blip r:embed="rId1">
                    <a:extLst>
                      <a:ext uri="{28A0092B-C50C-407E-A947-70E740481C1C}">
                        <a14:useLocalDpi xmlns:a14="http://schemas.microsoft.com/office/drawing/2010/main" val="0"/>
                      </a:ext>
                    </a:extLst>
                  </a:blip>
                  <a:stretch>
                    <a:fillRect/>
                  </a:stretch>
                </pic:blipFill>
                <pic:spPr>
                  <a:xfrm>
                    <a:off x="0" y="0"/>
                    <a:ext cx="1194896" cy="376848"/>
                  </a:xfrm>
                  <a:prstGeom prst="rect">
                    <a:avLst/>
                  </a:prstGeom>
                </pic:spPr>
              </pic:pic>
            </a:graphicData>
          </a:graphic>
          <wp14:sizeRelH relativeFrom="page">
            <wp14:pctWidth>0</wp14:pctWidth>
          </wp14:sizeRelH>
          <wp14:sizeRelV relativeFrom="page">
            <wp14:pctHeight>0</wp14:pctHeight>
          </wp14:sizeRelV>
        </wp:anchor>
      </w:drawing>
    </w:r>
    <w:r>
      <w:rPr>
        <w:b/>
        <w:bCs/>
      </w:rPr>
      <w:t xml:space="preserve">                                        </w:t>
    </w:r>
  </w:p>
  <w:p w14:paraId="0DFD0939" w14:textId="77777777" w:rsidR="00FA08DF" w:rsidRDefault="00FA08D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204953758">
    <w:abstractNumId w:val="8"/>
  </w:num>
  <w:num w:numId="2" w16cid:durableId="1590504331">
    <w:abstractNumId w:val="6"/>
  </w:num>
  <w:num w:numId="3" w16cid:durableId="1977485663">
    <w:abstractNumId w:val="5"/>
  </w:num>
  <w:num w:numId="4" w16cid:durableId="303119125">
    <w:abstractNumId w:val="4"/>
  </w:num>
  <w:num w:numId="5" w16cid:durableId="1329678753">
    <w:abstractNumId w:val="7"/>
  </w:num>
  <w:num w:numId="6" w16cid:durableId="1984458276">
    <w:abstractNumId w:val="3"/>
  </w:num>
  <w:num w:numId="7" w16cid:durableId="609553322">
    <w:abstractNumId w:val="2"/>
  </w:num>
  <w:num w:numId="8" w16cid:durableId="1975404325">
    <w:abstractNumId w:val="1"/>
  </w:num>
  <w:num w:numId="9" w16cid:durableId="104637256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1953"/>
    <w:rsid w:val="0006063C"/>
    <w:rsid w:val="00087401"/>
    <w:rsid w:val="0015074B"/>
    <w:rsid w:val="001C6373"/>
    <w:rsid w:val="0029639D"/>
    <w:rsid w:val="00326F90"/>
    <w:rsid w:val="0055327D"/>
    <w:rsid w:val="00AA1D8D"/>
    <w:rsid w:val="00B47730"/>
    <w:rsid w:val="00CB0664"/>
    <w:rsid w:val="00F10EE0"/>
    <w:rsid w:val="00FA08D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9327BB"/>
  <w14:defaultImageDpi w14:val="300"/>
  <w15:docId w15:val="{6FD77EDD-C6A8-FF46-A2B0-0314F70F4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4"/>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nculo">
    <w:name w:val="Hyperlink"/>
    <w:basedOn w:val="Fuentedeprrafopredeter"/>
    <w:uiPriority w:val="99"/>
    <w:unhideWhenUsed/>
    <w:rsid w:val="00FA08DF"/>
    <w:rPr>
      <w:color w:val="0000FF" w:themeColor="hyperlink"/>
      <w:u w:val="single"/>
    </w:rPr>
  </w:style>
  <w:style w:type="character" w:styleId="Mencinsinresolver">
    <w:name w:val="Unresolved Mention"/>
    <w:basedOn w:val="Fuentedeprrafopredeter"/>
    <w:uiPriority w:val="99"/>
    <w:semiHidden/>
    <w:unhideWhenUsed/>
    <w:rsid w:val="00FA08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ranet.uab.cat/documents/17276331/17276476/MOD_SEG_model-informe-director-seguiment-anual_v5_06_2026.docx/03632da4-c673-f564-4133-746ef5c7b28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9D796202236DD54D86C52F70ECB8091B"/>
        <w:category>
          <w:name w:val="General"/>
          <w:gallery w:val="placeholder"/>
        </w:category>
        <w:types>
          <w:type w:val="bbPlcHdr"/>
        </w:types>
        <w:behaviors>
          <w:behavior w:val="content"/>
        </w:behaviors>
        <w:guid w:val="{669E0A77-7FA5-2C43-80EE-28209FB736AA}"/>
      </w:docPartPr>
      <w:docPartBody>
        <w:p w:rsidR="002553FB" w:rsidRDefault="00AA5B17" w:rsidP="00AA5B17">
          <w:pPr>
            <w:pStyle w:val="9D796202236DD54D86C52F70ECB8091B"/>
          </w:pPr>
          <w:r>
            <w:rPr>
              <w:caps/>
              <w:color w:val="FFFFFF" w:themeColor="background1"/>
            </w:rPr>
            <w:t>[Nombre del 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B17"/>
    <w:rsid w:val="002553FB"/>
    <w:rsid w:val="0055327D"/>
    <w:rsid w:val="008424BE"/>
    <w:rsid w:val="00AA5B17"/>
    <w:rsid w:val="00E1242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9D796202236DD54D86C52F70ECB8091B">
    <w:name w:val="9D796202236DD54D86C52F70ECB8091B"/>
    <w:rsid w:val="00AA5B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494</Words>
  <Characters>2718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phd wollow-up report: final year</dc:creator>
  <cp:keywords/>
  <dc:description>generated by python-docx</dc:description>
  <cp:lastModifiedBy>Jorge Grau Rebollo</cp:lastModifiedBy>
  <cp:revision>2</cp:revision>
  <dcterms:created xsi:type="dcterms:W3CDTF">2026-11-04T10:28:00Z</dcterms:created>
  <dcterms:modified xsi:type="dcterms:W3CDTF">2026-11-04T10:28:00Z</dcterms:modified>
  <cp:category/>
</cp:coreProperties>
</file>