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DAD90" w14:textId="77777777" w:rsidR="002D4636" w:rsidRPr="007D3499" w:rsidRDefault="00790DE4">
      <w:pPr>
        <w:spacing w:after="40"/>
        <w:jc w:val="center"/>
        <w:rPr>
          <w:rFonts w:asciiTheme="majorHAnsi" w:hAnsiTheme="majorHAnsi" w:cstheme="majorHAnsi"/>
          <w:lang w:val="ca-ES"/>
        </w:rPr>
      </w:pPr>
      <w:r w:rsidRPr="007D3499">
        <w:rPr>
          <w:rFonts w:asciiTheme="majorHAnsi" w:hAnsiTheme="majorHAnsi" w:cstheme="majorHAnsi"/>
          <w:b/>
          <w:color w:val="006633"/>
          <w:sz w:val="35"/>
          <w:lang w:val="ca-ES"/>
        </w:rPr>
        <w:t>INFORME FINAL DE JUSTIFICACIÓ</w:t>
      </w:r>
    </w:p>
    <w:p w14:paraId="05984A4D" w14:textId="77777777" w:rsidR="002D4636" w:rsidRPr="007D3499" w:rsidRDefault="00790DE4">
      <w:pPr>
        <w:spacing w:after="140"/>
        <w:jc w:val="center"/>
        <w:rPr>
          <w:rFonts w:asciiTheme="majorHAnsi" w:hAnsiTheme="majorHAnsi" w:cstheme="majorHAnsi"/>
          <w:lang w:val="ca-ES"/>
        </w:rPr>
      </w:pPr>
      <w:r w:rsidRPr="007D3499">
        <w:rPr>
          <w:rFonts w:asciiTheme="majorHAnsi" w:hAnsiTheme="majorHAnsi" w:cstheme="majorHAnsi"/>
          <w:b/>
          <w:color w:val="000000"/>
          <w:sz w:val="22"/>
          <w:lang w:val="ca-ES"/>
        </w:rPr>
        <w:t xml:space="preserve">Convocatòria </w:t>
      </w:r>
      <w:proofErr w:type="spellStart"/>
      <w:r w:rsidRPr="007D3499">
        <w:rPr>
          <w:rFonts w:asciiTheme="majorHAnsi" w:hAnsiTheme="majorHAnsi" w:cstheme="majorHAnsi"/>
          <w:b/>
          <w:color w:val="000000"/>
          <w:sz w:val="22"/>
          <w:lang w:val="ca-ES"/>
        </w:rPr>
        <w:t>PoC</w:t>
      </w:r>
      <w:proofErr w:type="spellEnd"/>
      <w:r w:rsidRPr="007D3499">
        <w:rPr>
          <w:rFonts w:asciiTheme="majorHAnsi" w:hAnsiTheme="majorHAnsi" w:cstheme="majorHAnsi"/>
          <w:b/>
          <w:color w:val="000000"/>
          <w:sz w:val="22"/>
          <w:lang w:val="ca-ES"/>
        </w:rPr>
        <w:t xml:space="preserve"> UAB 2026 - Línia Ciències Socials i Humanitats</w:t>
      </w:r>
    </w:p>
    <w:tbl>
      <w:tblPr>
        <w:tblW w:w="10148" w:type="dxa"/>
        <w:jc w:val="center"/>
        <w:tblLayout w:type="fixed"/>
        <w:tblLook w:val="04A0" w:firstRow="1" w:lastRow="0" w:firstColumn="1" w:lastColumn="0" w:noHBand="0" w:noVBand="1"/>
      </w:tblPr>
      <w:tblGrid>
        <w:gridCol w:w="10148"/>
      </w:tblGrid>
      <w:tr w:rsidR="002D4636" w:rsidRPr="007D3499" w14:paraId="179294E8"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EAF4EC"/>
            <w:tcMar>
              <w:top w:w="70" w:type="dxa"/>
              <w:left w:w="85" w:type="dxa"/>
              <w:bottom w:w="70" w:type="dxa"/>
              <w:right w:w="85" w:type="dxa"/>
            </w:tcMar>
            <w:vAlign w:val="center"/>
          </w:tcPr>
          <w:p w14:paraId="3E672F69"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Presentació:</w:t>
            </w:r>
            <w:r w:rsidRPr="007D3499">
              <w:rPr>
                <w:rFonts w:asciiTheme="majorHAnsi" w:hAnsiTheme="majorHAnsi" w:cstheme="majorHAnsi"/>
                <w:color w:val="000000"/>
                <w:sz w:val="18"/>
                <w:lang w:val="ca-ES"/>
              </w:rPr>
              <w:t xml:space="preserve"> l'IP ha de presentar aquest informe dins dels dos mesos següents a la finalització de l'ajut. Cal informar de manera sintètica sobre l'execució del projecte, els resultats, la validació amb els actors, l'evolució cap a la implementació i l'ús dels fons. Extensió orientativa: 4 pàgines, sense comptar annexos. Adjunteu només les evidències necessàries per verificar els resultats o les incidències indicades.</w:t>
            </w:r>
          </w:p>
        </w:tc>
      </w:tr>
    </w:tbl>
    <w:p w14:paraId="6D673FE0" w14:textId="77777777" w:rsidR="002D4636" w:rsidRPr="007D3499" w:rsidRDefault="002D4636">
      <w:pPr>
        <w:spacing w:line="80" w:lineRule="exact"/>
        <w:rPr>
          <w:rFonts w:asciiTheme="majorHAnsi" w:hAnsiTheme="majorHAnsi" w:cstheme="majorHAnsi"/>
          <w:lang w:val="ca-ES"/>
        </w:rPr>
      </w:pPr>
    </w:p>
    <w:p w14:paraId="2D0A6C09"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1. IDENTIFICACIÓ DEL PROJECTE</w:t>
      </w:r>
    </w:p>
    <w:tbl>
      <w:tblPr>
        <w:tblW w:w="10148" w:type="dxa"/>
        <w:jc w:val="center"/>
        <w:tblLayout w:type="fixed"/>
        <w:tblLook w:val="04A0" w:firstRow="1" w:lastRow="0" w:firstColumn="1" w:lastColumn="0" w:noHBand="0" w:noVBand="1"/>
      </w:tblPr>
      <w:tblGrid>
        <w:gridCol w:w="5074"/>
        <w:gridCol w:w="5074"/>
      </w:tblGrid>
      <w:tr w:rsidR="002D4636" w:rsidRPr="007D3499" w14:paraId="5EBBD544"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3DF7242"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Referència de l’ajut: </w:t>
            </w:r>
            <w:r w:rsidRPr="007D3499">
              <w:rPr>
                <w:rFonts w:asciiTheme="majorHAnsi" w:hAnsiTheme="majorHAnsi" w:cstheme="majorHAnsi"/>
                <w:i/>
                <w:color w:val="666666"/>
                <w:sz w:val="18"/>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E2F116A"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Data de l’informe: </w:t>
            </w:r>
            <w:r w:rsidRPr="007D3499">
              <w:rPr>
                <w:rFonts w:asciiTheme="majorHAnsi" w:hAnsiTheme="majorHAnsi" w:cstheme="majorHAnsi"/>
                <w:i/>
                <w:color w:val="666666"/>
                <w:sz w:val="18"/>
                <w:lang w:val="ca-ES"/>
              </w:rPr>
              <w:t>[Escriviu aquí]</w:t>
            </w:r>
          </w:p>
        </w:tc>
      </w:tr>
      <w:tr w:rsidR="002D4636" w:rsidRPr="007D3499" w14:paraId="0A9D5C00"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6F16FA9"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Títol del projecte: </w:t>
            </w:r>
            <w:r w:rsidRPr="007D3499">
              <w:rPr>
                <w:rFonts w:asciiTheme="majorHAnsi" w:hAnsiTheme="majorHAnsi" w:cstheme="majorHAnsi"/>
                <w:i/>
                <w:color w:val="666666"/>
                <w:sz w:val="18"/>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7559E0E"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Acrònim: </w:t>
            </w:r>
            <w:r w:rsidRPr="007D3499">
              <w:rPr>
                <w:rFonts w:asciiTheme="majorHAnsi" w:hAnsiTheme="majorHAnsi" w:cstheme="majorHAnsi"/>
                <w:i/>
                <w:color w:val="666666"/>
                <w:sz w:val="18"/>
                <w:lang w:val="ca-ES"/>
              </w:rPr>
              <w:t>[Escriviu aquí]</w:t>
            </w:r>
          </w:p>
        </w:tc>
      </w:tr>
      <w:tr w:rsidR="002D4636" w:rsidRPr="007D3499" w14:paraId="6748F88A"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1DF2877"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Investigador/a principal: </w:t>
            </w:r>
            <w:r w:rsidRPr="007D3499">
              <w:rPr>
                <w:rFonts w:asciiTheme="majorHAnsi" w:hAnsiTheme="majorHAnsi" w:cstheme="majorHAnsi"/>
                <w:i/>
                <w:color w:val="666666"/>
                <w:sz w:val="18"/>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9204D78"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Departament o centre: </w:t>
            </w:r>
            <w:r w:rsidRPr="007D3499">
              <w:rPr>
                <w:rFonts w:asciiTheme="majorHAnsi" w:hAnsiTheme="majorHAnsi" w:cstheme="majorHAnsi"/>
                <w:i/>
                <w:color w:val="666666"/>
                <w:sz w:val="18"/>
                <w:lang w:val="ca-ES"/>
              </w:rPr>
              <w:t>[Escriviu aquí]</w:t>
            </w:r>
          </w:p>
        </w:tc>
      </w:tr>
      <w:tr w:rsidR="002D4636" w:rsidRPr="007D3499" w14:paraId="412B779D"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573C163"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Període d’execució aprovat: </w:t>
            </w:r>
            <w:r w:rsidRPr="007D3499">
              <w:rPr>
                <w:rFonts w:asciiTheme="majorHAnsi" w:hAnsiTheme="majorHAnsi" w:cstheme="majorHAnsi"/>
                <w:i/>
                <w:color w:val="666666"/>
                <w:sz w:val="18"/>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4CEEB72"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Període d’execució real: </w:t>
            </w:r>
            <w:r w:rsidRPr="007D3499">
              <w:rPr>
                <w:rFonts w:asciiTheme="majorHAnsi" w:hAnsiTheme="majorHAnsi" w:cstheme="majorHAnsi"/>
                <w:i/>
                <w:color w:val="666666"/>
                <w:sz w:val="18"/>
                <w:lang w:val="ca-ES"/>
              </w:rPr>
              <w:t>[Escriviu aquí]</w:t>
            </w:r>
          </w:p>
        </w:tc>
      </w:tr>
      <w:tr w:rsidR="002D4636" w:rsidRPr="007D3499" w14:paraId="078EE4B1"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B989DF9"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Import concedit (€): </w:t>
            </w:r>
            <w:r w:rsidRPr="007D3499">
              <w:rPr>
                <w:rFonts w:asciiTheme="majorHAnsi" w:hAnsiTheme="majorHAnsi" w:cstheme="majorHAnsi"/>
                <w:i/>
                <w:color w:val="666666"/>
                <w:sz w:val="18"/>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8F12E6C"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8"/>
                <w:lang w:val="ca-ES"/>
              </w:rPr>
              <w:t xml:space="preserve">Codi comptable / MCRE (si escau): </w:t>
            </w:r>
            <w:r w:rsidRPr="007D3499">
              <w:rPr>
                <w:rFonts w:asciiTheme="majorHAnsi" w:hAnsiTheme="majorHAnsi" w:cstheme="majorHAnsi"/>
                <w:i/>
                <w:color w:val="666666"/>
                <w:sz w:val="18"/>
                <w:lang w:val="ca-ES"/>
              </w:rPr>
              <w:t>[Escriviu aquí]</w:t>
            </w:r>
          </w:p>
        </w:tc>
      </w:tr>
    </w:tbl>
    <w:p w14:paraId="0FE80CA8" w14:textId="77777777" w:rsidR="002D4636" w:rsidRPr="007D3499" w:rsidRDefault="002D4636">
      <w:pPr>
        <w:spacing w:line="80" w:lineRule="exact"/>
        <w:rPr>
          <w:rFonts w:asciiTheme="majorHAnsi" w:hAnsiTheme="majorHAnsi" w:cstheme="majorHAnsi"/>
          <w:lang w:val="ca-ES"/>
        </w:rPr>
      </w:pPr>
    </w:p>
    <w:p w14:paraId="543A3EE7" w14:textId="77777777" w:rsidR="002D4636" w:rsidRPr="007D3499" w:rsidRDefault="00790DE4">
      <w:pPr>
        <w:spacing w:after="80"/>
        <w:rPr>
          <w:rFonts w:asciiTheme="majorHAnsi" w:hAnsiTheme="majorHAnsi" w:cstheme="majorHAnsi"/>
          <w:lang w:val="ca-ES"/>
        </w:rPr>
      </w:pPr>
      <w:r w:rsidRPr="007D3499">
        <w:rPr>
          <w:rFonts w:asciiTheme="majorHAnsi" w:hAnsiTheme="majorHAnsi" w:cstheme="majorHAnsi"/>
          <w:b/>
          <w:color w:val="000000"/>
          <w:sz w:val="18"/>
          <w:lang w:val="ca-ES"/>
        </w:rPr>
        <w:t xml:space="preserve">Línia estratègica i </w:t>
      </w:r>
      <w:proofErr w:type="spellStart"/>
      <w:r w:rsidRPr="007D3499">
        <w:rPr>
          <w:rFonts w:asciiTheme="majorHAnsi" w:hAnsiTheme="majorHAnsi" w:cstheme="majorHAnsi"/>
          <w:b/>
          <w:color w:val="000000"/>
          <w:sz w:val="18"/>
          <w:lang w:val="ca-ES"/>
        </w:rPr>
        <w:t>subàmbit</w:t>
      </w:r>
      <w:proofErr w:type="spellEnd"/>
      <w:r w:rsidRPr="007D3499">
        <w:rPr>
          <w:rFonts w:asciiTheme="majorHAnsi" w:hAnsiTheme="majorHAnsi" w:cstheme="majorHAnsi"/>
          <w:b/>
          <w:color w:val="000000"/>
          <w:sz w:val="18"/>
          <w:lang w:val="ca-ES"/>
        </w:rPr>
        <w:t xml:space="preserve"> del PEICTI 2024-2027: </w:t>
      </w:r>
      <w:r w:rsidRPr="007D3499">
        <w:rPr>
          <w:rFonts w:asciiTheme="majorHAnsi" w:hAnsiTheme="majorHAnsi" w:cstheme="majorHAnsi"/>
          <w:i/>
          <w:color w:val="666666"/>
          <w:sz w:val="18"/>
          <w:lang w:val="ca-ES"/>
        </w:rPr>
        <w:t>[Escriviu aquí]</w:t>
      </w:r>
    </w:p>
    <w:p w14:paraId="598C14C2"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2. RESUM FINAL DEL PROJECTE</w:t>
      </w:r>
    </w:p>
    <w:tbl>
      <w:tblPr>
        <w:tblW w:w="10148" w:type="dxa"/>
        <w:jc w:val="center"/>
        <w:tblLayout w:type="fixed"/>
        <w:tblLook w:val="04A0" w:firstRow="1" w:lastRow="0" w:firstColumn="1" w:lastColumn="0" w:noHBand="0" w:noVBand="1"/>
      </w:tblPr>
      <w:tblGrid>
        <w:gridCol w:w="10148"/>
      </w:tblGrid>
      <w:tr w:rsidR="002D4636" w:rsidRPr="007D3499" w14:paraId="5B4600A0"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6E054571"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Resum final</w:t>
            </w:r>
            <w:r w:rsidRPr="007D3499">
              <w:rPr>
                <w:rFonts w:asciiTheme="majorHAnsi" w:hAnsiTheme="majorHAnsi" w:cstheme="majorHAnsi"/>
                <w:lang w:val="ca-ES"/>
              </w:rPr>
              <w:br/>
            </w:r>
            <w:r w:rsidRPr="007D3499">
              <w:rPr>
                <w:rFonts w:asciiTheme="majorHAnsi" w:hAnsiTheme="majorHAnsi" w:cstheme="majorHAnsi"/>
                <w:color w:val="666666"/>
                <w:sz w:val="18"/>
                <w:lang w:val="ca-ES"/>
              </w:rPr>
              <w:t>Sintetitzeu el propòsit del projecte, les actuacions realitzades, els resultats principals, el grau d'assoliment i el pas següent.</w:t>
            </w:r>
            <w:r w:rsidRPr="007D3499">
              <w:rPr>
                <w:rFonts w:asciiTheme="majorHAnsi" w:hAnsiTheme="majorHAnsi" w:cstheme="majorHAnsi"/>
                <w:i/>
                <w:color w:val="666666"/>
                <w:sz w:val="17"/>
                <w:lang w:val="ca-ES"/>
              </w:rPr>
              <w:t xml:space="preserve"> (màxim 300 paraules)</w:t>
            </w:r>
          </w:p>
        </w:tc>
      </w:tr>
      <w:tr w:rsidR="002D4636" w:rsidRPr="007D3499" w14:paraId="4AD9CE5D"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792EEA4"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r w:rsidRPr="007D3499">
              <w:rPr>
                <w:rFonts w:asciiTheme="majorHAnsi" w:hAnsiTheme="majorHAnsi" w:cstheme="majorHAnsi"/>
                <w:lang w:val="ca-ES"/>
              </w:rPr>
              <w:br/>
            </w:r>
          </w:p>
        </w:tc>
      </w:tr>
    </w:tbl>
    <w:p w14:paraId="20CE95E3" w14:textId="77777777" w:rsidR="002D4636" w:rsidRPr="007D3499" w:rsidRDefault="002D4636">
      <w:pPr>
        <w:spacing w:line="100" w:lineRule="exact"/>
        <w:rPr>
          <w:rFonts w:asciiTheme="majorHAnsi" w:hAnsiTheme="majorHAnsi" w:cstheme="majorHAnsi"/>
          <w:lang w:val="ca-ES"/>
        </w:rPr>
      </w:pPr>
    </w:p>
    <w:p w14:paraId="3058DF9C"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3. EXECUCIÓ TÈCNICA I EVOLUCIÓ DEL PROJECTE</w:t>
      </w:r>
    </w:p>
    <w:p w14:paraId="5C873BB6" w14:textId="77777777" w:rsidR="002D4636" w:rsidRPr="007D3499" w:rsidRDefault="00790DE4">
      <w:pPr>
        <w:keepNext/>
        <w:spacing w:before="60" w:after="80"/>
        <w:rPr>
          <w:rFonts w:asciiTheme="majorHAnsi" w:hAnsiTheme="majorHAnsi" w:cstheme="majorHAnsi"/>
          <w:lang w:val="ca-ES"/>
        </w:rPr>
      </w:pPr>
      <w:r w:rsidRPr="007D3499">
        <w:rPr>
          <w:rFonts w:asciiTheme="majorHAnsi" w:hAnsiTheme="majorHAnsi" w:cstheme="majorHAnsi"/>
          <w:b/>
          <w:color w:val="000000"/>
          <w:sz w:val="20"/>
          <w:lang w:val="ca-ES"/>
        </w:rPr>
        <w:t>3.1. Objectius, fites i resultats.</w:t>
      </w:r>
      <w:r w:rsidRPr="007D3499">
        <w:rPr>
          <w:rFonts w:asciiTheme="majorHAnsi" w:hAnsiTheme="majorHAnsi" w:cstheme="majorHAnsi"/>
          <w:color w:val="666666"/>
          <w:sz w:val="18"/>
          <w:lang w:val="ca-ES"/>
        </w:rPr>
        <w:t xml:space="preserve"> Completeu una fila per a cada objectiu o fita principal del pla aprovat. No cal reproduir totes les tasques menors.</w:t>
      </w:r>
    </w:p>
    <w:tbl>
      <w:tblPr>
        <w:tblW w:w="10148" w:type="dxa"/>
        <w:jc w:val="center"/>
        <w:tblLayout w:type="fixed"/>
        <w:tblLook w:val="04A0" w:firstRow="1" w:lastRow="0" w:firstColumn="1" w:lastColumn="0" w:noHBand="0" w:noVBand="1"/>
      </w:tblPr>
      <w:tblGrid>
        <w:gridCol w:w="2012"/>
        <w:gridCol w:w="2012"/>
        <w:gridCol w:w="2013"/>
        <w:gridCol w:w="2013"/>
        <w:gridCol w:w="2098"/>
      </w:tblGrid>
      <w:tr w:rsidR="002D4636" w:rsidRPr="007D3499" w14:paraId="661F7654" w14:textId="77777777">
        <w:trPr>
          <w:cantSplit/>
          <w:tblHeader/>
          <w:jc w:val="center"/>
        </w:trPr>
        <w:tc>
          <w:tcPr>
            <w:tcW w:w="201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4B0A9F5D"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Objectiu o fita prevista</w:t>
            </w:r>
          </w:p>
        </w:tc>
        <w:tc>
          <w:tcPr>
            <w:tcW w:w="201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7190A25A"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 xml:space="preserve">Resultat o </w:t>
            </w:r>
            <w:proofErr w:type="spellStart"/>
            <w:r w:rsidRPr="007D3499">
              <w:rPr>
                <w:rFonts w:asciiTheme="majorHAnsi" w:hAnsiTheme="majorHAnsi" w:cstheme="majorHAnsi"/>
                <w:b/>
                <w:color w:val="FFFFFF"/>
                <w:sz w:val="16"/>
                <w:lang w:val="ca-ES"/>
              </w:rPr>
              <w:t>lliurable</w:t>
            </w:r>
            <w:proofErr w:type="spellEnd"/>
            <w:r w:rsidRPr="007D3499">
              <w:rPr>
                <w:rFonts w:asciiTheme="majorHAnsi" w:hAnsiTheme="majorHAnsi" w:cstheme="majorHAnsi"/>
                <w:b/>
                <w:color w:val="FFFFFF"/>
                <w:sz w:val="16"/>
                <w:lang w:val="ca-ES"/>
              </w:rPr>
              <w:t xml:space="preserve"> obtingut</w:t>
            </w:r>
          </w:p>
        </w:tc>
        <w:tc>
          <w:tcPr>
            <w:tcW w:w="201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54B1424B"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Indicador o llindar previst</w:t>
            </w:r>
          </w:p>
        </w:tc>
        <w:tc>
          <w:tcPr>
            <w:tcW w:w="201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2F490ACB"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Grau d’assoliment</w:t>
            </w:r>
          </w:p>
        </w:tc>
        <w:tc>
          <w:tcPr>
            <w:tcW w:w="2098"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202FD588"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Evidència o annex</w:t>
            </w:r>
          </w:p>
        </w:tc>
      </w:tr>
      <w:tr w:rsidR="002D4636" w:rsidRPr="007D3499" w14:paraId="6D93AC3D" w14:textId="77777777">
        <w:trPr>
          <w:cantSplit/>
          <w:jc w:val="center"/>
        </w:trPr>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00B6FFF"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1D470AA"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DF2FA3B"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D76866C" w14:textId="77777777" w:rsidR="002D4636" w:rsidRPr="007D3499" w:rsidRDefault="00790DE4">
            <w:pPr>
              <w:rPr>
                <w:rFonts w:asciiTheme="majorHAnsi" w:hAnsiTheme="majorHAnsi" w:cstheme="majorHAnsi"/>
                <w:lang w:val="ca-ES"/>
              </w:rPr>
            </w:pP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Assolit</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Parcial</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No assolit</w:t>
            </w:r>
          </w:p>
        </w:tc>
        <w:tc>
          <w:tcPr>
            <w:tcW w:w="209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70FA0AC"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2E2BC5B2" w14:textId="77777777">
        <w:trPr>
          <w:cantSplit/>
          <w:jc w:val="center"/>
        </w:trPr>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543A47C"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F09FA7F"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CDB9E9F"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0611459" w14:textId="77777777" w:rsidR="002D4636" w:rsidRPr="007D3499" w:rsidRDefault="00790DE4">
            <w:pPr>
              <w:rPr>
                <w:rFonts w:asciiTheme="majorHAnsi" w:hAnsiTheme="majorHAnsi" w:cstheme="majorHAnsi"/>
                <w:lang w:val="ca-ES"/>
              </w:rPr>
            </w:pP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Assolit</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Parcial</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No assolit</w:t>
            </w:r>
          </w:p>
        </w:tc>
        <w:tc>
          <w:tcPr>
            <w:tcW w:w="209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7568B53"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6DCFE21F" w14:textId="77777777">
        <w:trPr>
          <w:cantSplit/>
          <w:jc w:val="center"/>
        </w:trPr>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04C0FA2"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100AF1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24ACFA3"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B0C93D4" w14:textId="77777777" w:rsidR="002D4636" w:rsidRPr="007D3499" w:rsidRDefault="00790DE4">
            <w:pPr>
              <w:rPr>
                <w:rFonts w:asciiTheme="majorHAnsi" w:hAnsiTheme="majorHAnsi" w:cstheme="majorHAnsi"/>
                <w:lang w:val="ca-ES"/>
              </w:rPr>
            </w:pP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Assolit</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Parcial</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No assolit</w:t>
            </w:r>
          </w:p>
        </w:tc>
        <w:tc>
          <w:tcPr>
            <w:tcW w:w="209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C901058"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580F2BC9" w14:textId="77777777">
        <w:trPr>
          <w:cantSplit/>
          <w:jc w:val="center"/>
        </w:trPr>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B22BDAA"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ED30D14"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1A9AEC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01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5A3D5F3" w14:textId="77777777" w:rsidR="002D4636" w:rsidRPr="007D3499" w:rsidRDefault="00790DE4">
            <w:pPr>
              <w:rPr>
                <w:rFonts w:asciiTheme="majorHAnsi" w:hAnsiTheme="majorHAnsi" w:cstheme="majorHAnsi"/>
                <w:lang w:val="ca-ES"/>
              </w:rPr>
            </w:pP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Assolit</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Parcial</w:t>
            </w:r>
            <w:r w:rsidRPr="007D3499">
              <w:rPr>
                <w:rFonts w:asciiTheme="majorHAnsi" w:hAnsiTheme="majorHAnsi" w:cstheme="majorHAnsi"/>
                <w:color w:val="000000"/>
                <w:sz w:val="16"/>
                <w:lang w:val="ca-ES"/>
              </w:rPr>
              <w:br/>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No assolit</w:t>
            </w:r>
          </w:p>
        </w:tc>
        <w:tc>
          <w:tcPr>
            <w:tcW w:w="209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9539F33"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bl>
    <w:p w14:paraId="590FAA11" w14:textId="77777777" w:rsidR="002D4636" w:rsidRPr="007D3499" w:rsidRDefault="002D4636">
      <w:pPr>
        <w:spacing w:line="80" w:lineRule="exact"/>
        <w:rPr>
          <w:rFonts w:asciiTheme="majorHAnsi" w:hAnsiTheme="majorHAnsi" w:cstheme="majorHAnsi"/>
          <w:lang w:val="ca-ES"/>
        </w:rPr>
      </w:pPr>
    </w:p>
    <w:p w14:paraId="48FC252B" w14:textId="77777777" w:rsidR="002D4636" w:rsidRPr="007D3499" w:rsidRDefault="00790DE4">
      <w:pPr>
        <w:rPr>
          <w:rFonts w:asciiTheme="majorHAnsi" w:hAnsiTheme="majorHAnsi" w:cstheme="majorHAnsi"/>
          <w:lang w:val="ca-ES"/>
        </w:rPr>
      </w:pPr>
      <w:r w:rsidRPr="007D3499">
        <w:rPr>
          <w:rFonts w:asciiTheme="majorHAnsi" w:hAnsiTheme="majorHAnsi" w:cstheme="majorHAnsi"/>
          <w:lang w:val="ca-ES"/>
        </w:rPr>
        <w:br w:type="page"/>
      </w:r>
    </w:p>
    <w:tbl>
      <w:tblPr>
        <w:tblW w:w="10148" w:type="dxa"/>
        <w:jc w:val="center"/>
        <w:tblLayout w:type="fixed"/>
        <w:tblLook w:val="04A0" w:firstRow="1" w:lastRow="0" w:firstColumn="1" w:lastColumn="0" w:noHBand="0" w:noVBand="1"/>
      </w:tblPr>
      <w:tblGrid>
        <w:gridCol w:w="10148"/>
      </w:tblGrid>
      <w:tr w:rsidR="002D4636" w:rsidRPr="007D3499" w14:paraId="5DE3342B"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0C2AB80B"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lastRenderedPageBreak/>
              <w:t>3.2. Desviacions, incidències i mesures correctives</w:t>
            </w:r>
            <w:r w:rsidRPr="007D3499">
              <w:rPr>
                <w:rFonts w:asciiTheme="majorHAnsi" w:hAnsiTheme="majorHAnsi" w:cstheme="majorHAnsi"/>
                <w:lang w:val="ca-ES"/>
              </w:rPr>
              <w:br/>
            </w:r>
            <w:r w:rsidRPr="007D3499">
              <w:rPr>
                <w:rFonts w:asciiTheme="majorHAnsi" w:hAnsiTheme="majorHAnsi" w:cstheme="majorHAnsi"/>
                <w:color w:val="666666"/>
                <w:sz w:val="18"/>
                <w:lang w:val="ca-ES"/>
              </w:rPr>
              <w:t>Expliqueu únicament les desviacions rellevants respecte del pla aprovat (terminis, tasques, equip, resultats o pressupost), la causa, les mesures adoptades i l'impacte. Identifiqueu l'autorització quan correspongui. Si no n'hi ha, indiqueu-ho.</w:t>
            </w:r>
            <w:r w:rsidRPr="007D3499">
              <w:rPr>
                <w:rFonts w:asciiTheme="majorHAnsi" w:hAnsiTheme="majorHAnsi" w:cstheme="majorHAnsi"/>
                <w:i/>
                <w:color w:val="666666"/>
                <w:sz w:val="17"/>
                <w:lang w:val="ca-ES"/>
              </w:rPr>
              <w:t xml:space="preserve"> (màxim 400 paraules)</w:t>
            </w:r>
          </w:p>
        </w:tc>
      </w:tr>
      <w:tr w:rsidR="002D4636" w:rsidRPr="007D3499" w14:paraId="10EA9DF2"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0553BF8"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r w:rsidRPr="007D3499">
              <w:rPr>
                <w:rFonts w:asciiTheme="majorHAnsi" w:hAnsiTheme="majorHAnsi" w:cstheme="majorHAnsi"/>
                <w:lang w:val="ca-ES"/>
              </w:rPr>
              <w:br/>
            </w:r>
          </w:p>
        </w:tc>
      </w:tr>
    </w:tbl>
    <w:p w14:paraId="13BA0257" w14:textId="77777777" w:rsidR="002D4636" w:rsidRPr="007D3499" w:rsidRDefault="002D4636">
      <w:pPr>
        <w:spacing w:line="100" w:lineRule="exact"/>
        <w:rPr>
          <w:rFonts w:asciiTheme="majorHAnsi" w:hAnsiTheme="majorHAnsi" w:cstheme="majorHAnsi"/>
          <w:lang w:val="ca-ES"/>
        </w:rPr>
      </w:pPr>
    </w:p>
    <w:p w14:paraId="61F88AA3" w14:textId="77777777" w:rsidR="002D4636" w:rsidRPr="007D3499" w:rsidRDefault="00790DE4">
      <w:pPr>
        <w:keepNext/>
        <w:spacing w:before="60" w:after="80"/>
        <w:rPr>
          <w:rFonts w:asciiTheme="majorHAnsi" w:hAnsiTheme="majorHAnsi" w:cstheme="majorHAnsi"/>
          <w:lang w:val="ca-ES"/>
        </w:rPr>
      </w:pPr>
      <w:r w:rsidRPr="007D3499">
        <w:rPr>
          <w:rFonts w:asciiTheme="majorHAnsi" w:hAnsiTheme="majorHAnsi" w:cstheme="majorHAnsi"/>
          <w:b/>
          <w:color w:val="000000"/>
          <w:sz w:val="20"/>
          <w:lang w:val="ca-ES"/>
        </w:rPr>
        <w:t>3.3. Evolució del grau de validació i criteris de decisió</w:t>
      </w:r>
    </w:p>
    <w:p w14:paraId="16EB708D" w14:textId="77777777" w:rsidR="002D4636" w:rsidRPr="007D3499" w:rsidRDefault="00790DE4">
      <w:pPr>
        <w:spacing w:after="80"/>
        <w:rPr>
          <w:rFonts w:asciiTheme="majorHAnsi" w:hAnsiTheme="majorHAnsi" w:cstheme="majorHAnsi"/>
          <w:lang w:val="ca-ES"/>
        </w:rPr>
      </w:pPr>
      <w:r w:rsidRPr="007D3499">
        <w:rPr>
          <w:rFonts w:asciiTheme="majorHAnsi" w:hAnsiTheme="majorHAnsi" w:cstheme="majorHAnsi"/>
          <w:b/>
          <w:color w:val="000000"/>
          <w:sz w:val="18"/>
          <w:lang w:val="ca-ES"/>
        </w:rPr>
        <w:t>Valoreu sintèticament l'evolució de la utilitat, l'aplicabilitat, l'adopció i, si escau, l'escalabilitat o sostenibilitat de la solució.</w:t>
      </w:r>
    </w:p>
    <w:tbl>
      <w:tblPr>
        <w:tblW w:w="10148" w:type="dxa"/>
        <w:jc w:val="center"/>
        <w:tblLayout w:type="fixed"/>
        <w:tblLook w:val="04A0" w:firstRow="1" w:lastRow="0" w:firstColumn="1" w:lastColumn="0" w:noHBand="0" w:noVBand="1"/>
      </w:tblPr>
      <w:tblGrid>
        <w:gridCol w:w="2522"/>
        <w:gridCol w:w="2523"/>
        <w:gridCol w:w="2523"/>
        <w:gridCol w:w="2580"/>
      </w:tblGrid>
      <w:tr w:rsidR="002D4636" w:rsidRPr="007D3499" w14:paraId="33E8A19C" w14:textId="77777777">
        <w:trPr>
          <w:cantSplit/>
          <w:tblHeader/>
          <w:jc w:val="center"/>
        </w:trPr>
        <w:tc>
          <w:tcPr>
            <w:tcW w:w="252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614982D3"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Punt de partida</w:t>
            </w:r>
          </w:p>
        </w:tc>
        <w:tc>
          <w:tcPr>
            <w:tcW w:w="252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5C2CBBEE"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Situació final assolida</w:t>
            </w:r>
          </w:p>
        </w:tc>
        <w:tc>
          <w:tcPr>
            <w:tcW w:w="252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3B328D27"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Evidència que justifica la validació</w:t>
            </w:r>
          </w:p>
        </w:tc>
        <w:tc>
          <w:tcPr>
            <w:tcW w:w="2580"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1D5DD608"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Decisió posterior</w:t>
            </w:r>
          </w:p>
        </w:tc>
      </w:tr>
      <w:tr w:rsidR="002D4636" w:rsidRPr="007D3499" w14:paraId="6A4B5010" w14:textId="77777777">
        <w:trPr>
          <w:cantSplit/>
          <w:jc w:val="center"/>
        </w:trPr>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E8CBA0E"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7CAA9D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4E36A03"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80"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366D021" w14:textId="77777777" w:rsidR="002D4636" w:rsidRPr="007D3499" w:rsidRDefault="00790DE4">
            <w:pPr>
              <w:rPr>
                <w:rFonts w:asciiTheme="majorHAnsi" w:hAnsiTheme="majorHAnsi" w:cstheme="majorHAnsi"/>
                <w:lang w:val="ca-ES"/>
              </w:rPr>
            </w:pP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Continuar  </w:t>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Adaptar  </w:t>
            </w:r>
            <w:r w:rsidRPr="007D3499">
              <w:rPr>
                <w:rFonts w:ascii="Segoe UI Symbol" w:hAnsi="Segoe UI Symbol" w:cs="Segoe UI Symbol"/>
                <w:color w:val="000000"/>
                <w:sz w:val="16"/>
                <w:lang w:val="ca-ES"/>
              </w:rPr>
              <w:t>☐</w:t>
            </w:r>
            <w:r w:rsidRPr="007D3499">
              <w:rPr>
                <w:rFonts w:asciiTheme="majorHAnsi" w:hAnsiTheme="majorHAnsi" w:cstheme="majorHAnsi"/>
                <w:color w:val="000000"/>
                <w:sz w:val="16"/>
                <w:lang w:val="ca-ES"/>
              </w:rPr>
              <w:t xml:space="preserve"> Aturar</w:t>
            </w:r>
            <w:r w:rsidRPr="007D3499">
              <w:rPr>
                <w:rFonts w:asciiTheme="majorHAnsi" w:hAnsiTheme="majorHAnsi" w:cstheme="majorHAnsi"/>
                <w:color w:val="000000"/>
                <w:sz w:val="16"/>
                <w:lang w:val="ca-ES"/>
              </w:rPr>
              <w:br/>
              <w:t>Justificaci</w:t>
            </w:r>
            <w:r w:rsidRPr="007D3499">
              <w:rPr>
                <w:rFonts w:ascii="Calibri" w:hAnsi="Calibri" w:cs="Calibri"/>
                <w:color w:val="000000"/>
                <w:sz w:val="16"/>
                <w:lang w:val="ca-ES"/>
              </w:rPr>
              <w:t>ó</w:t>
            </w:r>
            <w:r w:rsidRPr="007D3499">
              <w:rPr>
                <w:rFonts w:asciiTheme="majorHAnsi" w:hAnsiTheme="majorHAnsi" w:cstheme="majorHAnsi"/>
                <w:color w:val="000000"/>
                <w:sz w:val="16"/>
                <w:lang w:val="ca-ES"/>
              </w:rPr>
              <w:t>: [Escriviu aqu</w:t>
            </w:r>
            <w:r w:rsidRPr="007D3499">
              <w:rPr>
                <w:rFonts w:ascii="Calibri" w:hAnsi="Calibri" w:cs="Calibri"/>
                <w:color w:val="000000"/>
                <w:sz w:val="16"/>
                <w:lang w:val="ca-ES"/>
              </w:rPr>
              <w:t>í</w:t>
            </w:r>
            <w:r w:rsidRPr="007D3499">
              <w:rPr>
                <w:rFonts w:asciiTheme="majorHAnsi" w:hAnsiTheme="majorHAnsi" w:cstheme="majorHAnsi"/>
                <w:color w:val="000000"/>
                <w:sz w:val="16"/>
                <w:lang w:val="ca-ES"/>
              </w:rPr>
              <w:t>]</w:t>
            </w:r>
          </w:p>
        </w:tc>
      </w:tr>
    </w:tbl>
    <w:p w14:paraId="664B59FD" w14:textId="77777777" w:rsidR="002D4636" w:rsidRPr="007D3499" w:rsidRDefault="002D4636">
      <w:pPr>
        <w:spacing w:line="80" w:lineRule="exact"/>
        <w:rPr>
          <w:rFonts w:asciiTheme="majorHAnsi" w:hAnsiTheme="majorHAnsi" w:cstheme="majorHAnsi"/>
          <w:lang w:val="ca-ES"/>
        </w:rPr>
      </w:pPr>
    </w:p>
    <w:p w14:paraId="73C8397D"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4. RESULTATS, VALIDACIÓ, VALOR PÚBLIC I IMPLEMENTACIÓ</w:t>
      </w:r>
    </w:p>
    <w:tbl>
      <w:tblPr>
        <w:tblW w:w="10148" w:type="dxa"/>
        <w:jc w:val="center"/>
        <w:tblLayout w:type="fixed"/>
        <w:tblLook w:val="04A0" w:firstRow="1" w:lastRow="0" w:firstColumn="1" w:lastColumn="0" w:noHBand="0" w:noVBand="1"/>
      </w:tblPr>
      <w:tblGrid>
        <w:gridCol w:w="10148"/>
      </w:tblGrid>
      <w:tr w:rsidR="002D4636" w:rsidRPr="007D3499" w14:paraId="6DA87DEB"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635276E8"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4.1. Resultats i actius generats</w:t>
            </w:r>
            <w:r w:rsidRPr="007D3499">
              <w:rPr>
                <w:rFonts w:asciiTheme="majorHAnsi" w:hAnsiTheme="majorHAnsi" w:cstheme="majorHAnsi"/>
                <w:lang w:val="ca-ES"/>
              </w:rPr>
              <w:br/>
            </w:r>
            <w:r w:rsidRPr="007D3499">
              <w:rPr>
                <w:rFonts w:asciiTheme="majorHAnsi" w:hAnsiTheme="majorHAnsi" w:cstheme="majorHAnsi"/>
                <w:color w:val="666666"/>
                <w:sz w:val="18"/>
                <w:lang w:val="ca-ES"/>
              </w:rPr>
              <w:t>Descriviu els resultats principals obtinguts (metodologia, eina, model d'intervenció, servei, recurs educatiu o cultural, solució digital, model organitzatiu, dades, continguts, informe o altra evidència) i indiqueu on es troben o com es poden verificar.</w:t>
            </w:r>
            <w:r w:rsidRPr="007D3499">
              <w:rPr>
                <w:rFonts w:asciiTheme="majorHAnsi" w:hAnsiTheme="majorHAnsi" w:cstheme="majorHAnsi"/>
                <w:i/>
                <w:color w:val="666666"/>
                <w:sz w:val="17"/>
                <w:lang w:val="ca-ES"/>
              </w:rPr>
              <w:t xml:space="preserve"> (màxim 350 paraules)</w:t>
            </w:r>
          </w:p>
        </w:tc>
      </w:tr>
      <w:tr w:rsidR="002D4636" w:rsidRPr="007D3499" w14:paraId="5F7BD1BD"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3F37FD4"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p>
        </w:tc>
      </w:tr>
    </w:tbl>
    <w:p w14:paraId="2C2A24E4" w14:textId="77777777" w:rsidR="002D4636" w:rsidRPr="007D3499" w:rsidRDefault="002D4636">
      <w:pPr>
        <w:spacing w:line="10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10148"/>
      </w:tblGrid>
      <w:tr w:rsidR="002D4636" w:rsidRPr="007D3499" w14:paraId="1804F1C2"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67D60183"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4.2. Validació amb actors i participació</w:t>
            </w:r>
            <w:r w:rsidRPr="007D3499">
              <w:rPr>
                <w:rFonts w:asciiTheme="majorHAnsi" w:hAnsiTheme="majorHAnsi" w:cstheme="majorHAnsi"/>
                <w:lang w:val="ca-ES"/>
              </w:rPr>
              <w:br/>
            </w:r>
            <w:r w:rsidRPr="007D3499">
              <w:rPr>
                <w:rFonts w:asciiTheme="majorHAnsi" w:hAnsiTheme="majorHAnsi" w:cstheme="majorHAnsi"/>
                <w:color w:val="666666"/>
                <w:sz w:val="18"/>
                <w:lang w:val="ca-ES"/>
              </w:rPr>
              <w:t>Resumiu les proves, pilots, casos, entrevistes, tallers o altres activitats realitzades amb persones usuàries, administracions, entitats socials, centres educatius, empreses, comunitats, institucions culturals o responsables de polítiques públiques. Indiqueu què s'ha après sobre utilitat, aplicabilitat, adopció i condicions d'ús.</w:t>
            </w:r>
            <w:r w:rsidRPr="007D3499">
              <w:rPr>
                <w:rFonts w:asciiTheme="majorHAnsi" w:hAnsiTheme="majorHAnsi" w:cstheme="majorHAnsi"/>
                <w:i/>
                <w:color w:val="666666"/>
                <w:sz w:val="17"/>
                <w:lang w:val="ca-ES"/>
              </w:rPr>
              <w:t xml:space="preserve"> (màxim 300 paraules)</w:t>
            </w:r>
          </w:p>
        </w:tc>
      </w:tr>
      <w:tr w:rsidR="002D4636" w:rsidRPr="007D3499" w14:paraId="7E758048"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0BB59E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p>
        </w:tc>
      </w:tr>
    </w:tbl>
    <w:p w14:paraId="7CC74A48" w14:textId="77777777" w:rsidR="002D4636" w:rsidRPr="007D3499" w:rsidRDefault="002D4636">
      <w:pPr>
        <w:spacing w:line="10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10148"/>
      </w:tblGrid>
      <w:tr w:rsidR="002D4636" w:rsidRPr="007D3499" w14:paraId="48973109"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04799D60"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4.3. Actius, drets i condicions de reutilització</w:t>
            </w:r>
            <w:r w:rsidRPr="007D3499">
              <w:rPr>
                <w:rFonts w:asciiTheme="majorHAnsi" w:hAnsiTheme="majorHAnsi" w:cstheme="majorHAnsi"/>
                <w:lang w:val="ca-ES"/>
              </w:rPr>
              <w:br/>
            </w:r>
            <w:r w:rsidRPr="007D3499">
              <w:rPr>
                <w:rFonts w:asciiTheme="majorHAnsi" w:hAnsiTheme="majorHAnsi" w:cstheme="majorHAnsi"/>
                <w:color w:val="666666"/>
                <w:sz w:val="18"/>
                <w:lang w:val="ca-ES"/>
              </w:rPr>
              <w:t>Indiqueu els actius nous o modificats, la seva titularitat, els drets d'autor o altres drets aplicables, els drets d'ús de dades, testimonis, imatges o materials de tercers, les condicions de reutilització i qualsevol canvi que afecti la transferència, difusió o explotació. Si no hi ha canvis, indiqueu-ho.</w:t>
            </w:r>
            <w:r w:rsidRPr="007D3499">
              <w:rPr>
                <w:rFonts w:asciiTheme="majorHAnsi" w:hAnsiTheme="majorHAnsi" w:cstheme="majorHAnsi"/>
                <w:i/>
                <w:color w:val="666666"/>
                <w:sz w:val="17"/>
                <w:lang w:val="ca-ES"/>
              </w:rPr>
              <w:t xml:space="preserve"> (màxim 250 paraules)</w:t>
            </w:r>
          </w:p>
        </w:tc>
      </w:tr>
      <w:tr w:rsidR="002D4636" w:rsidRPr="007D3499" w14:paraId="35B13ABC"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B40F2D8"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p>
        </w:tc>
      </w:tr>
    </w:tbl>
    <w:p w14:paraId="6B271849" w14:textId="77777777" w:rsidR="002D4636" w:rsidRPr="007D3499" w:rsidRDefault="002D4636">
      <w:pPr>
        <w:spacing w:line="10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10148"/>
      </w:tblGrid>
      <w:tr w:rsidR="002D4636" w:rsidRPr="007D3499" w14:paraId="62022B22"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55DB8821"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4.4. Valor públic, contribució i ruta d'implementació</w:t>
            </w:r>
            <w:r w:rsidRPr="007D3499">
              <w:rPr>
                <w:rFonts w:asciiTheme="majorHAnsi" w:hAnsiTheme="majorHAnsi" w:cstheme="majorHAnsi"/>
                <w:lang w:val="ca-ES"/>
              </w:rPr>
              <w:br/>
            </w:r>
            <w:r w:rsidRPr="007D3499">
              <w:rPr>
                <w:rFonts w:asciiTheme="majorHAnsi" w:hAnsiTheme="majorHAnsi" w:cstheme="majorHAnsi"/>
                <w:color w:val="666666"/>
                <w:sz w:val="18"/>
                <w:lang w:val="ca-ES"/>
              </w:rPr>
              <w:t xml:space="preserve">Compareu el valor públic previst amb l'evidència obtinguda i indiqueu la contribució efectiva a la línia estratègica. Descriviu la via prioritària després de la </w:t>
            </w:r>
            <w:proofErr w:type="spellStart"/>
            <w:r w:rsidRPr="007D3499">
              <w:rPr>
                <w:rFonts w:asciiTheme="majorHAnsi" w:hAnsiTheme="majorHAnsi" w:cstheme="majorHAnsi"/>
                <w:color w:val="666666"/>
                <w:sz w:val="18"/>
                <w:lang w:val="ca-ES"/>
              </w:rPr>
              <w:t>PoC</w:t>
            </w:r>
            <w:proofErr w:type="spellEnd"/>
            <w:r w:rsidRPr="007D3499">
              <w:rPr>
                <w:rFonts w:asciiTheme="majorHAnsi" w:hAnsiTheme="majorHAnsi" w:cstheme="majorHAnsi"/>
                <w:color w:val="666666"/>
                <w:sz w:val="18"/>
                <w:lang w:val="ca-ES"/>
              </w:rPr>
              <w:t xml:space="preserve"> (col·laboració amb administracions, contractació de serveis, llicència, spin-off, entitat social, estàndard, recurs obert, programa educatiu, museístic o cultural, política pública o altra), l'actor que ha de fer el pas següent i les barreres pendents.</w:t>
            </w:r>
            <w:r w:rsidRPr="007D3499">
              <w:rPr>
                <w:rFonts w:asciiTheme="majorHAnsi" w:hAnsiTheme="majorHAnsi" w:cstheme="majorHAnsi"/>
                <w:i/>
                <w:color w:val="666666"/>
                <w:sz w:val="17"/>
                <w:lang w:val="ca-ES"/>
              </w:rPr>
              <w:t xml:space="preserve"> (màxim 300 paraules)</w:t>
            </w:r>
          </w:p>
        </w:tc>
      </w:tr>
      <w:tr w:rsidR="002D4636" w:rsidRPr="007D3499" w14:paraId="4116C703"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83DACB1"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p>
        </w:tc>
      </w:tr>
    </w:tbl>
    <w:p w14:paraId="21DD8739" w14:textId="77777777" w:rsidR="002D4636" w:rsidRPr="007D3499" w:rsidRDefault="002D4636">
      <w:pPr>
        <w:spacing w:line="100" w:lineRule="exact"/>
        <w:rPr>
          <w:rFonts w:asciiTheme="majorHAnsi" w:hAnsiTheme="majorHAnsi" w:cstheme="majorHAnsi"/>
          <w:lang w:val="ca-ES"/>
        </w:rPr>
      </w:pPr>
    </w:p>
    <w:p w14:paraId="4A9953F9" w14:textId="77777777" w:rsidR="002D4636" w:rsidRPr="007D3499" w:rsidRDefault="00790DE4">
      <w:pPr>
        <w:rPr>
          <w:rFonts w:asciiTheme="majorHAnsi" w:hAnsiTheme="majorHAnsi" w:cstheme="majorHAnsi"/>
          <w:lang w:val="ca-ES"/>
        </w:rPr>
      </w:pPr>
      <w:r w:rsidRPr="007D3499">
        <w:rPr>
          <w:rFonts w:asciiTheme="majorHAnsi" w:hAnsiTheme="majorHAnsi" w:cstheme="majorHAnsi"/>
          <w:lang w:val="ca-ES"/>
        </w:rPr>
        <w:br w:type="page"/>
      </w:r>
    </w:p>
    <w:p w14:paraId="77374F1F" w14:textId="77777777" w:rsidR="002D4636" w:rsidRPr="007D3499" w:rsidRDefault="00790DE4">
      <w:pPr>
        <w:keepNext/>
        <w:spacing w:before="60" w:after="80"/>
        <w:rPr>
          <w:rFonts w:asciiTheme="majorHAnsi" w:hAnsiTheme="majorHAnsi" w:cstheme="majorHAnsi"/>
          <w:lang w:val="ca-ES"/>
        </w:rPr>
      </w:pPr>
      <w:r w:rsidRPr="007D3499">
        <w:rPr>
          <w:rFonts w:asciiTheme="majorHAnsi" w:hAnsiTheme="majorHAnsi" w:cstheme="majorHAnsi"/>
          <w:b/>
          <w:color w:val="000000"/>
          <w:sz w:val="20"/>
          <w:lang w:val="ca-ES"/>
        </w:rPr>
        <w:lastRenderedPageBreak/>
        <w:t>4.5. Properes actuacions prioritàries</w:t>
      </w:r>
    </w:p>
    <w:tbl>
      <w:tblPr>
        <w:tblW w:w="10148" w:type="dxa"/>
        <w:jc w:val="center"/>
        <w:tblLayout w:type="fixed"/>
        <w:tblLook w:val="04A0" w:firstRow="1" w:lastRow="0" w:firstColumn="1" w:lastColumn="0" w:noHBand="0" w:noVBand="1"/>
      </w:tblPr>
      <w:tblGrid>
        <w:gridCol w:w="2579"/>
        <w:gridCol w:w="2523"/>
        <w:gridCol w:w="2523"/>
        <w:gridCol w:w="2523"/>
      </w:tblGrid>
      <w:tr w:rsidR="002D4636" w:rsidRPr="007D3499" w14:paraId="38A4C448" w14:textId="77777777">
        <w:trPr>
          <w:cantSplit/>
          <w:tblHeader/>
          <w:jc w:val="center"/>
        </w:trPr>
        <w:tc>
          <w:tcPr>
            <w:tcW w:w="2580"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1FE34609"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Actuació</w:t>
            </w:r>
          </w:p>
        </w:tc>
        <w:tc>
          <w:tcPr>
            <w:tcW w:w="252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6D027ECA"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Responsable</w:t>
            </w:r>
          </w:p>
        </w:tc>
        <w:tc>
          <w:tcPr>
            <w:tcW w:w="252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13C6FC1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Termini orientatiu</w:t>
            </w:r>
          </w:p>
        </w:tc>
        <w:tc>
          <w:tcPr>
            <w:tcW w:w="2523"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53C145EF"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Recursos o suport necessaris</w:t>
            </w:r>
          </w:p>
        </w:tc>
      </w:tr>
      <w:tr w:rsidR="002D4636" w:rsidRPr="007D3499" w14:paraId="052A97A2" w14:textId="77777777">
        <w:trPr>
          <w:cantSplit/>
          <w:jc w:val="center"/>
        </w:trPr>
        <w:tc>
          <w:tcPr>
            <w:tcW w:w="2580"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40ACB8F"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D2FF8C7"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467BD3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AD3A9EC"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05579D46" w14:textId="77777777">
        <w:trPr>
          <w:cantSplit/>
          <w:jc w:val="center"/>
        </w:trPr>
        <w:tc>
          <w:tcPr>
            <w:tcW w:w="2580"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E07CD9C"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C67B683"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1D17516"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c>
          <w:tcPr>
            <w:tcW w:w="2523"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B85C15A"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bl>
    <w:p w14:paraId="0D393869" w14:textId="77777777" w:rsidR="002D4636" w:rsidRPr="007D3499" w:rsidRDefault="002D4636">
      <w:pPr>
        <w:spacing w:line="100" w:lineRule="exact"/>
        <w:rPr>
          <w:rFonts w:asciiTheme="majorHAnsi" w:hAnsiTheme="majorHAnsi" w:cstheme="majorHAnsi"/>
          <w:lang w:val="ca-ES"/>
        </w:rPr>
      </w:pPr>
    </w:p>
    <w:p w14:paraId="6735CD8A"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5. INDICADORS I DOCUMENTS GENERATS</w:t>
      </w:r>
    </w:p>
    <w:p w14:paraId="161B0638" w14:textId="77777777" w:rsidR="002D4636" w:rsidRPr="007D3499" w:rsidRDefault="00790DE4">
      <w:pPr>
        <w:spacing w:after="80"/>
        <w:rPr>
          <w:rFonts w:asciiTheme="majorHAnsi" w:hAnsiTheme="majorHAnsi" w:cstheme="majorHAnsi"/>
          <w:lang w:val="ca-ES"/>
        </w:rPr>
      </w:pPr>
      <w:r w:rsidRPr="007D3499">
        <w:rPr>
          <w:rFonts w:asciiTheme="majorHAnsi" w:hAnsiTheme="majorHAnsi" w:cstheme="majorHAnsi"/>
          <w:color w:val="666666"/>
          <w:sz w:val="18"/>
          <w:lang w:val="ca-ES"/>
        </w:rPr>
        <w:t>Indiqueu només els resultats derivats directament de l'ajut. Podeu agrupar-los i remetre a un annex o enllaç intern.</w:t>
      </w:r>
    </w:p>
    <w:tbl>
      <w:tblPr>
        <w:tblW w:w="10148" w:type="dxa"/>
        <w:jc w:val="center"/>
        <w:tblLayout w:type="fixed"/>
        <w:tblLook w:val="04A0" w:firstRow="1" w:lastRow="0" w:firstColumn="1" w:lastColumn="0" w:noHBand="0" w:noVBand="1"/>
      </w:tblPr>
      <w:tblGrid>
        <w:gridCol w:w="3402"/>
        <w:gridCol w:w="1191"/>
        <w:gridCol w:w="5555"/>
      </w:tblGrid>
      <w:tr w:rsidR="002D4636" w:rsidRPr="007D3499" w14:paraId="4D5F2CD0" w14:textId="77777777">
        <w:trPr>
          <w:cantSplit/>
          <w:tblHeader/>
          <w:jc w:val="center"/>
        </w:trPr>
        <w:tc>
          <w:tcPr>
            <w:tcW w:w="3402"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25CA591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Tipus de resultat o actuació</w:t>
            </w:r>
          </w:p>
        </w:tc>
        <w:tc>
          <w:tcPr>
            <w:tcW w:w="1191"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5EC819B9"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Nombre</w:t>
            </w:r>
          </w:p>
        </w:tc>
        <w:tc>
          <w:tcPr>
            <w:tcW w:w="5556"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3D8FB6A8"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Identificació breu, ubicació o annex</w:t>
            </w:r>
          </w:p>
        </w:tc>
      </w:tr>
      <w:tr w:rsidR="002D4636" w:rsidRPr="007D3499" w14:paraId="44D04EDF"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74702F9"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Metodologies, eines, models d'intervenció o organització</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A49FB5F"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6"/>
                <w:lang w:val="ca-ES"/>
              </w:rPr>
              <w:t>[ ]</w:t>
            </w:r>
          </w:p>
        </w:tc>
        <w:tc>
          <w:tcPr>
            <w:tcW w:w="555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33D6172"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46FB433D"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66E8F8A"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Recursos educatius, culturals o digitals; dades i continguts</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A856265"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6"/>
                <w:lang w:val="ca-ES"/>
              </w:rPr>
              <w:t>[ ]</w:t>
            </w:r>
          </w:p>
        </w:tc>
        <w:tc>
          <w:tcPr>
            <w:tcW w:w="555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A1C9E8C"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138D280E"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04F67F5"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Pilots, casos o proves d'aplicabilitat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153F1F3"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6"/>
                <w:lang w:val="ca-ES"/>
              </w:rPr>
              <w:t>[ ]</w:t>
            </w:r>
          </w:p>
        </w:tc>
        <w:tc>
          <w:tcPr>
            <w:tcW w:w="555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C75F036"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076CBAB1"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9464BCC"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Actors participants en la validació</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8D6991F"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6"/>
                <w:lang w:val="ca-ES"/>
              </w:rPr>
              <w:t>[ ]</w:t>
            </w:r>
          </w:p>
        </w:tc>
        <w:tc>
          <w:tcPr>
            <w:tcW w:w="555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BBCDCBB"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7AA66515"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142DA16"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Acords, autoritzacions o compromisos d'implementació</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CB56A4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6"/>
                <w:lang w:val="ca-ES"/>
              </w:rPr>
              <w:t>[ ]</w:t>
            </w:r>
          </w:p>
        </w:tc>
        <w:tc>
          <w:tcPr>
            <w:tcW w:w="555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6BA7850"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3B2BFED7"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C80D688"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Publicacions, divulgació o incidència en polítiques públiques</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5B2FBA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6"/>
                <w:lang w:val="ca-ES"/>
              </w:rPr>
              <w:t>[ ]</w:t>
            </w:r>
          </w:p>
        </w:tc>
        <w:tc>
          <w:tcPr>
            <w:tcW w:w="555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E6CB36B"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bl>
    <w:p w14:paraId="21DC5852" w14:textId="77777777" w:rsidR="002D4636" w:rsidRPr="007D3499" w:rsidRDefault="002D4636">
      <w:pPr>
        <w:spacing w:line="100" w:lineRule="exact"/>
        <w:rPr>
          <w:rFonts w:asciiTheme="majorHAnsi" w:hAnsiTheme="majorHAnsi" w:cstheme="majorHAnsi"/>
          <w:lang w:val="ca-ES"/>
        </w:rPr>
      </w:pPr>
    </w:p>
    <w:p w14:paraId="1D350FF1"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6. COMPLIMENT ÈTIC, DADES I AUTORITZACIONS</w:t>
      </w:r>
    </w:p>
    <w:p w14:paraId="17B15556" w14:textId="77777777" w:rsidR="002D4636" w:rsidRPr="007D3499" w:rsidRDefault="00790DE4">
      <w:pPr>
        <w:spacing w:after="80"/>
        <w:rPr>
          <w:rFonts w:asciiTheme="majorHAnsi" w:hAnsiTheme="majorHAnsi" w:cstheme="majorHAnsi"/>
          <w:lang w:val="ca-ES"/>
        </w:rPr>
      </w:pPr>
      <w:r w:rsidRPr="007D3499">
        <w:rPr>
          <w:rFonts w:asciiTheme="majorHAnsi" w:hAnsiTheme="majorHAnsi" w:cstheme="majorHAnsi"/>
          <w:color w:val="666666"/>
          <w:sz w:val="18"/>
          <w:lang w:val="ca-ES"/>
        </w:rPr>
        <w:t>Marqueu l'opció aplicable i indiqueu la referència o observacions. Informeu de qualsevol canvi respecte de la sol·licitud.</w:t>
      </w:r>
    </w:p>
    <w:tbl>
      <w:tblPr>
        <w:tblW w:w="10148" w:type="dxa"/>
        <w:jc w:val="center"/>
        <w:tblLayout w:type="fixed"/>
        <w:tblLook w:val="04A0" w:firstRow="1" w:lastRow="0" w:firstColumn="1" w:lastColumn="0" w:noHBand="0" w:noVBand="1"/>
      </w:tblPr>
      <w:tblGrid>
        <w:gridCol w:w="3231"/>
        <w:gridCol w:w="1191"/>
        <w:gridCol w:w="1191"/>
        <w:gridCol w:w="4535"/>
      </w:tblGrid>
      <w:tr w:rsidR="002D4636" w:rsidRPr="007D3499" w14:paraId="527572DF" w14:textId="77777777">
        <w:trPr>
          <w:cantSplit/>
          <w:tblHeader/>
          <w:jc w:val="center"/>
        </w:trPr>
        <w:tc>
          <w:tcPr>
            <w:tcW w:w="3231"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09239458"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Àmbit</w:t>
            </w:r>
          </w:p>
        </w:tc>
        <w:tc>
          <w:tcPr>
            <w:tcW w:w="1191"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34FEAE1D"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No aplica</w:t>
            </w:r>
          </w:p>
        </w:tc>
        <w:tc>
          <w:tcPr>
            <w:tcW w:w="1191"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296A669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Complert</w:t>
            </w:r>
          </w:p>
        </w:tc>
        <w:tc>
          <w:tcPr>
            <w:tcW w:w="4535"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71EDFFA6"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6"/>
                <w:lang w:val="ca-ES"/>
              </w:rPr>
              <w:t>Referència, vigència o observacions</w:t>
            </w:r>
          </w:p>
        </w:tc>
      </w:tr>
      <w:tr w:rsidR="002D4636" w:rsidRPr="007D3499" w14:paraId="2308FE7F" w14:textId="77777777">
        <w:trPr>
          <w:cantSplit/>
          <w:jc w:val="center"/>
        </w:trPr>
        <w:tc>
          <w:tcPr>
            <w:tcW w:w="323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EC4C0AE"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Avaluació ètica (</w:t>
            </w:r>
            <w:proofErr w:type="spellStart"/>
            <w:r w:rsidRPr="007D3499">
              <w:rPr>
                <w:rFonts w:asciiTheme="majorHAnsi" w:hAnsiTheme="majorHAnsi" w:cstheme="majorHAnsi"/>
                <w:color w:val="000000"/>
                <w:sz w:val="16"/>
                <w:lang w:val="ca-ES"/>
              </w:rPr>
              <w:t>CERec</w:t>
            </w:r>
            <w:proofErr w:type="spellEnd"/>
            <w:r w:rsidRPr="007D3499">
              <w:rPr>
                <w:rFonts w:asciiTheme="majorHAnsi" w:hAnsiTheme="majorHAnsi" w:cstheme="majorHAnsi"/>
                <w:color w:val="000000"/>
                <w:sz w:val="16"/>
                <w:lang w:val="ca-ES"/>
              </w:rPr>
              <w:t>), si escau</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D20D416"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F753A04"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4535"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F3F861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632F3E44" w14:textId="77777777">
        <w:trPr>
          <w:cantSplit/>
          <w:jc w:val="center"/>
        </w:trPr>
        <w:tc>
          <w:tcPr>
            <w:tcW w:w="323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B18208F"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Participants, consentiments, testimonis i imatges</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7A5E04B"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19A8EFE"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4535"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16C4F68"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0FE436AF" w14:textId="77777777">
        <w:trPr>
          <w:cantSplit/>
          <w:jc w:val="center"/>
        </w:trPr>
        <w:tc>
          <w:tcPr>
            <w:tcW w:w="323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674AFB7"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Protecció de dades i pla de gestió de dades</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585C05E"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731BB86"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4535"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9F3FAAB"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0140C1F0" w14:textId="77777777">
        <w:trPr>
          <w:cantSplit/>
          <w:jc w:val="center"/>
        </w:trPr>
        <w:tc>
          <w:tcPr>
            <w:tcW w:w="323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11292C5"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Drets d'ús de dades, continguts o materials de tercers</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0955614"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C13EDD1"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4535"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3975FBE"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019EA7A5" w14:textId="77777777">
        <w:trPr>
          <w:cantSplit/>
          <w:jc w:val="center"/>
        </w:trPr>
        <w:tc>
          <w:tcPr>
            <w:tcW w:w="323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C5CB35C"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6"/>
                <w:lang w:val="ca-ES"/>
              </w:rPr>
              <w:t>Autoritzacions d'accés als contextos de validació</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B59997A"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761C67C"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4535"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D084728"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r w:rsidR="002D4636" w:rsidRPr="007D3499" w14:paraId="0D9F26E5" w14:textId="77777777">
        <w:trPr>
          <w:cantSplit/>
          <w:jc w:val="center"/>
        </w:trPr>
        <w:tc>
          <w:tcPr>
            <w:tcW w:w="323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E921DD0" w14:textId="77777777" w:rsidR="002D4636" w:rsidRPr="007D3499" w:rsidRDefault="00790DE4">
            <w:pPr>
              <w:rPr>
                <w:rFonts w:asciiTheme="majorHAnsi" w:hAnsiTheme="majorHAnsi" w:cstheme="majorHAnsi"/>
                <w:lang w:val="ca-ES"/>
              </w:rPr>
            </w:pPr>
            <w:proofErr w:type="spellStart"/>
            <w:r w:rsidRPr="007D3499">
              <w:rPr>
                <w:rFonts w:asciiTheme="majorHAnsi" w:hAnsiTheme="majorHAnsi" w:cstheme="majorHAnsi"/>
                <w:color w:val="000000"/>
                <w:sz w:val="16"/>
                <w:lang w:val="ca-ES"/>
              </w:rPr>
              <w:t>Bioseguretat</w:t>
            </w:r>
            <w:proofErr w:type="spellEnd"/>
            <w:r w:rsidRPr="007D3499">
              <w:rPr>
                <w:rFonts w:asciiTheme="majorHAnsi" w:hAnsiTheme="majorHAnsi" w:cstheme="majorHAnsi"/>
                <w:color w:val="000000"/>
                <w:sz w:val="16"/>
                <w:lang w:val="ca-ES"/>
              </w:rPr>
              <w:t xml:space="preserve"> (CBS) o altres permisos específics</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68E893D"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119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5338B7B" w14:textId="77777777" w:rsidR="002D4636" w:rsidRPr="007D3499" w:rsidRDefault="00790DE4">
            <w:pPr>
              <w:jc w:val="center"/>
              <w:rPr>
                <w:rFonts w:asciiTheme="majorHAnsi" w:hAnsiTheme="majorHAnsi" w:cstheme="majorHAnsi"/>
                <w:lang w:val="ca-ES"/>
              </w:rPr>
            </w:pPr>
            <w:r w:rsidRPr="007D3499">
              <w:rPr>
                <w:rFonts w:ascii="Segoe UI Symbol" w:hAnsi="Segoe UI Symbol" w:cs="Segoe UI Symbol"/>
                <w:color w:val="000000"/>
                <w:sz w:val="16"/>
                <w:lang w:val="ca-ES"/>
              </w:rPr>
              <w:t>☐</w:t>
            </w:r>
          </w:p>
        </w:tc>
        <w:tc>
          <w:tcPr>
            <w:tcW w:w="4535"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57AA881"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6"/>
                <w:lang w:val="ca-ES"/>
              </w:rPr>
              <w:t>[Escriviu aquí]</w:t>
            </w:r>
          </w:p>
        </w:tc>
      </w:tr>
    </w:tbl>
    <w:p w14:paraId="2DA3E45A" w14:textId="77777777" w:rsidR="002D4636" w:rsidRPr="007D3499" w:rsidRDefault="002D4636">
      <w:pPr>
        <w:spacing w:line="8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10148"/>
      </w:tblGrid>
      <w:tr w:rsidR="002D4636" w:rsidRPr="007D3499" w14:paraId="4B7BD255"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037C1D47"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Incidències de compliment, participació o accés</w:t>
            </w:r>
            <w:r w:rsidRPr="007D3499">
              <w:rPr>
                <w:rFonts w:asciiTheme="majorHAnsi" w:hAnsiTheme="majorHAnsi" w:cstheme="majorHAnsi"/>
                <w:lang w:val="ca-ES"/>
              </w:rPr>
              <w:br/>
            </w:r>
            <w:r w:rsidRPr="007D3499">
              <w:rPr>
                <w:rFonts w:asciiTheme="majorHAnsi" w:hAnsiTheme="majorHAnsi" w:cstheme="majorHAnsi"/>
                <w:color w:val="666666"/>
                <w:sz w:val="18"/>
                <w:lang w:val="ca-ES"/>
              </w:rPr>
              <w:t>Indiqueu si s'ha produït alguna incidència rellevant relacionada amb l'ètica, la protecció de dades, els consentiments, els drets de tercers, la participació dels actors, l'accés als contextos de validació o altres permisos. Si no n'hi ha, indiqueu-ho.</w:t>
            </w:r>
            <w:r w:rsidRPr="007D3499">
              <w:rPr>
                <w:rFonts w:asciiTheme="majorHAnsi" w:hAnsiTheme="majorHAnsi" w:cstheme="majorHAnsi"/>
                <w:i/>
                <w:color w:val="666666"/>
                <w:sz w:val="17"/>
                <w:lang w:val="ca-ES"/>
              </w:rPr>
              <w:t xml:space="preserve"> (màxim 150 paraules)</w:t>
            </w:r>
          </w:p>
        </w:tc>
      </w:tr>
      <w:tr w:rsidR="002D4636" w:rsidRPr="007D3499" w14:paraId="1BFCA464"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840E0CA"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p>
        </w:tc>
      </w:tr>
    </w:tbl>
    <w:p w14:paraId="463B3F3C" w14:textId="77777777" w:rsidR="002D4636" w:rsidRPr="007D3499" w:rsidRDefault="002D4636">
      <w:pPr>
        <w:spacing w:line="100" w:lineRule="exact"/>
        <w:rPr>
          <w:rFonts w:asciiTheme="majorHAnsi" w:hAnsiTheme="majorHAnsi" w:cstheme="majorHAnsi"/>
          <w:lang w:val="ca-ES"/>
        </w:rPr>
      </w:pPr>
    </w:p>
    <w:p w14:paraId="69F5AF65" w14:textId="77777777" w:rsidR="002D4636" w:rsidRPr="007D3499" w:rsidRDefault="00790DE4">
      <w:pPr>
        <w:rPr>
          <w:rFonts w:asciiTheme="majorHAnsi" w:hAnsiTheme="majorHAnsi" w:cstheme="majorHAnsi"/>
          <w:lang w:val="ca-ES"/>
        </w:rPr>
      </w:pPr>
      <w:r w:rsidRPr="007D3499">
        <w:rPr>
          <w:rFonts w:asciiTheme="majorHAnsi" w:hAnsiTheme="majorHAnsi" w:cstheme="majorHAnsi"/>
          <w:lang w:val="ca-ES"/>
        </w:rPr>
        <w:br w:type="page"/>
      </w:r>
    </w:p>
    <w:p w14:paraId="1156A44A"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lastRenderedPageBreak/>
        <w:t>7. JUSTIFICACIÓ ECONÒMICA RESUMIDA</w:t>
      </w:r>
    </w:p>
    <w:p w14:paraId="43E96241" w14:textId="77777777" w:rsidR="002D4636" w:rsidRPr="007D3499" w:rsidRDefault="00790DE4">
      <w:pPr>
        <w:spacing w:after="80"/>
        <w:rPr>
          <w:rFonts w:asciiTheme="majorHAnsi" w:hAnsiTheme="majorHAnsi" w:cstheme="majorHAnsi"/>
          <w:lang w:val="ca-ES"/>
        </w:rPr>
      </w:pPr>
      <w:r w:rsidRPr="007D3499">
        <w:rPr>
          <w:rFonts w:asciiTheme="majorHAnsi" w:hAnsiTheme="majorHAnsi" w:cstheme="majorHAnsi"/>
          <w:color w:val="666666"/>
          <w:sz w:val="18"/>
          <w:lang w:val="ca-ES"/>
        </w:rPr>
        <w:t>La unitat gestora conservarà el detall comptable i els justificants. En aquest informe només cal indicar la despesa agregada per partida i explicar les desviacions rellevants.</w:t>
      </w:r>
    </w:p>
    <w:tbl>
      <w:tblPr>
        <w:tblW w:w="10602" w:type="dxa"/>
        <w:jc w:val="center"/>
        <w:tblLayout w:type="fixed"/>
        <w:tblLook w:val="04A0" w:firstRow="1" w:lastRow="0" w:firstColumn="1" w:lastColumn="0" w:noHBand="0" w:noVBand="1"/>
      </w:tblPr>
      <w:tblGrid>
        <w:gridCol w:w="1700"/>
        <w:gridCol w:w="1616"/>
        <w:gridCol w:w="1616"/>
        <w:gridCol w:w="1616"/>
        <w:gridCol w:w="1616"/>
        <w:gridCol w:w="2438"/>
      </w:tblGrid>
      <w:tr w:rsidR="002D4636" w:rsidRPr="007D3499" w14:paraId="20034653" w14:textId="77777777">
        <w:trPr>
          <w:cantSplit/>
          <w:tblHeader/>
          <w:jc w:val="center"/>
        </w:trPr>
        <w:tc>
          <w:tcPr>
            <w:tcW w:w="1701"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6B6B3A5E"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4"/>
                <w:lang w:val="ca-ES"/>
              </w:rPr>
              <w:t>Partida</w:t>
            </w:r>
          </w:p>
        </w:tc>
        <w:tc>
          <w:tcPr>
            <w:tcW w:w="1616"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0BAB116D"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4"/>
                <w:lang w:val="ca-ES"/>
              </w:rPr>
              <w:t>Pressupost aprovat (€)</w:t>
            </w:r>
          </w:p>
        </w:tc>
        <w:tc>
          <w:tcPr>
            <w:tcW w:w="1616"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3CC83E0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4"/>
                <w:lang w:val="ca-ES"/>
              </w:rPr>
              <w:t>Modificació autoritzada (€)</w:t>
            </w:r>
          </w:p>
        </w:tc>
        <w:tc>
          <w:tcPr>
            <w:tcW w:w="1616"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68FFFADD"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4"/>
                <w:lang w:val="ca-ES"/>
              </w:rPr>
              <w:t>Pressupost final (€)</w:t>
            </w:r>
          </w:p>
        </w:tc>
        <w:tc>
          <w:tcPr>
            <w:tcW w:w="1616"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3F47E134"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4"/>
                <w:lang w:val="ca-ES"/>
              </w:rPr>
              <w:t>Despesa executada (€)</w:t>
            </w:r>
          </w:p>
        </w:tc>
        <w:tc>
          <w:tcPr>
            <w:tcW w:w="2438" w:type="dxa"/>
            <w:tcBorders>
              <w:top w:val="single" w:sz="4" w:space="0" w:color="B7B7B7"/>
              <w:left w:val="single" w:sz="4" w:space="0" w:color="B7B7B7"/>
              <w:bottom w:val="single" w:sz="4" w:space="0" w:color="B7B7B7"/>
              <w:right w:val="single" w:sz="4" w:space="0" w:color="B7B7B7"/>
            </w:tcBorders>
            <w:shd w:val="clear" w:color="auto" w:fill="1F4E78"/>
            <w:tcMar>
              <w:top w:w="70" w:type="dxa"/>
              <w:left w:w="85" w:type="dxa"/>
              <w:bottom w:w="70" w:type="dxa"/>
              <w:right w:w="85" w:type="dxa"/>
            </w:tcMar>
            <w:vAlign w:val="center"/>
          </w:tcPr>
          <w:p w14:paraId="43975777"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b/>
                <w:color w:val="FFFFFF"/>
                <w:sz w:val="14"/>
                <w:lang w:val="ca-ES"/>
              </w:rPr>
              <w:t>Observacions o desviació</w:t>
            </w:r>
          </w:p>
        </w:tc>
      </w:tr>
      <w:tr w:rsidR="002D4636" w:rsidRPr="007D3499" w14:paraId="4699A922" w14:textId="77777777">
        <w:trPr>
          <w:cantSplit/>
          <w:jc w:val="center"/>
        </w:trPr>
        <w:tc>
          <w:tcPr>
            <w:tcW w:w="170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8ADACAE"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5"/>
                <w:lang w:val="ca-ES"/>
              </w:rPr>
              <w:t>Personal</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9C65078"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80A13D0"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5A6F518"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1156E17"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243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E2D3010"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5"/>
                <w:lang w:val="ca-ES"/>
              </w:rPr>
              <w:t>[Escriviu aquí]</w:t>
            </w:r>
          </w:p>
        </w:tc>
      </w:tr>
      <w:tr w:rsidR="002D4636" w:rsidRPr="007D3499" w14:paraId="21EC5ACC" w14:textId="77777777">
        <w:trPr>
          <w:cantSplit/>
          <w:jc w:val="center"/>
        </w:trPr>
        <w:tc>
          <w:tcPr>
            <w:tcW w:w="170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FFA5698"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5"/>
                <w:lang w:val="ca-ES"/>
              </w:rPr>
              <w:t>Contractació de serveis i treballs externs</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1D8C583"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41DE039"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92FB5EF"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66379C0"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243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142921D"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5"/>
                <w:lang w:val="ca-ES"/>
              </w:rPr>
              <w:t>[Escriviu aquí]</w:t>
            </w:r>
          </w:p>
        </w:tc>
      </w:tr>
      <w:tr w:rsidR="002D4636" w:rsidRPr="007D3499" w14:paraId="7B7093FE" w14:textId="77777777">
        <w:trPr>
          <w:cantSplit/>
          <w:jc w:val="center"/>
        </w:trPr>
        <w:tc>
          <w:tcPr>
            <w:tcW w:w="170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3640C1F"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5"/>
                <w:lang w:val="ca-ES"/>
              </w:rPr>
              <w:t>Material fungible</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031A3BB"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B6305B0"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0DE1917"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3754D6B"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243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627AEFA"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5"/>
                <w:lang w:val="ca-ES"/>
              </w:rPr>
              <w:t>[Escriviu aquí]</w:t>
            </w:r>
          </w:p>
        </w:tc>
      </w:tr>
      <w:tr w:rsidR="002D4636" w:rsidRPr="007D3499" w14:paraId="4A1F9C95" w14:textId="77777777">
        <w:trPr>
          <w:cantSplit/>
          <w:jc w:val="center"/>
        </w:trPr>
        <w:tc>
          <w:tcPr>
            <w:tcW w:w="170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8EA7C0C"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5"/>
                <w:lang w:val="ca-ES"/>
              </w:rPr>
              <w:t>Equipament</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6A5AD1A"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CEEA8FE"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AD5FD5A"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E6540D0"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243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D741A3E"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5"/>
                <w:lang w:val="ca-ES"/>
              </w:rPr>
              <w:t>[Escriviu aquí]</w:t>
            </w:r>
          </w:p>
        </w:tc>
      </w:tr>
      <w:tr w:rsidR="002D4636" w:rsidRPr="007D3499" w14:paraId="178346A8" w14:textId="77777777">
        <w:trPr>
          <w:cantSplit/>
          <w:jc w:val="center"/>
        </w:trPr>
        <w:tc>
          <w:tcPr>
            <w:tcW w:w="1701"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9C6D4B9" w14:textId="77777777" w:rsidR="002D4636" w:rsidRPr="007D3499" w:rsidRDefault="00790DE4">
            <w:pPr>
              <w:rPr>
                <w:rFonts w:asciiTheme="majorHAnsi" w:hAnsiTheme="majorHAnsi" w:cstheme="majorHAnsi"/>
                <w:lang w:val="ca-ES"/>
              </w:rPr>
            </w:pPr>
            <w:r w:rsidRPr="007D3499">
              <w:rPr>
                <w:rFonts w:asciiTheme="majorHAnsi" w:hAnsiTheme="majorHAnsi" w:cstheme="majorHAnsi"/>
                <w:color w:val="000000"/>
                <w:sz w:val="15"/>
                <w:lang w:val="ca-ES"/>
              </w:rPr>
              <w:t>Altres despeses directes (</w:t>
            </w:r>
            <w:proofErr w:type="spellStart"/>
            <w:r w:rsidRPr="007D3499">
              <w:rPr>
                <w:rFonts w:asciiTheme="majorHAnsi" w:hAnsiTheme="majorHAnsi" w:cstheme="majorHAnsi"/>
                <w:color w:val="000000"/>
                <w:sz w:val="15"/>
                <w:lang w:val="ca-ES"/>
              </w:rPr>
              <w:t>incl</w:t>
            </w:r>
            <w:proofErr w:type="spellEnd"/>
            <w:r w:rsidRPr="007D3499">
              <w:rPr>
                <w:rFonts w:asciiTheme="majorHAnsi" w:hAnsiTheme="majorHAnsi" w:cstheme="majorHAnsi"/>
                <w:color w:val="000000"/>
                <w:sz w:val="15"/>
                <w:lang w:val="ca-ES"/>
              </w:rPr>
              <w:t>. SCT UAB)</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BDB99D2"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52A8D43F"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1E34F40"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78642655"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243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51F9426"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5"/>
                <w:lang w:val="ca-ES"/>
              </w:rPr>
              <w:t>[Escriviu aquí]</w:t>
            </w:r>
          </w:p>
        </w:tc>
      </w:tr>
      <w:tr w:rsidR="002D4636" w:rsidRPr="007D3499" w14:paraId="5D70922B" w14:textId="77777777">
        <w:trPr>
          <w:cantSplit/>
          <w:jc w:val="center"/>
        </w:trPr>
        <w:tc>
          <w:tcPr>
            <w:tcW w:w="1701" w:type="dxa"/>
            <w:tcBorders>
              <w:top w:val="single" w:sz="4" w:space="0" w:color="B7B7B7"/>
              <w:left w:val="single" w:sz="4" w:space="0" w:color="B7B7B7"/>
              <w:bottom w:val="single" w:sz="4" w:space="0" w:color="B7B7B7"/>
              <w:right w:val="single" w:sz="4" w:space="0" w:color="B7B7B7"/>
            </w:tcBorders>
            <w:shd w:val="clear" w:color="auto" w:fill="E2E6EA"/>
            <w:tcMar>
              <w:top w:w="70" w:type="dxa"/>
              <w:left w:w="85" w:type="dxa"/>
              <w:bottom w:w="70" w:type="dxa"/>
              <w:right w:w="85" w:type="dxa"/>
            </w:tcMar>
            <w:vAlign w:val="center"/>
          </w:tcPr>
          <w:p w14:paraId="223A4E22"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5"/>
                <w:lang w:val="ca-ES"/>
              </w:rPr>
              <w:t>TOTAL</w:t>
            </w:r>
          </w:p>
        </w:tc>
        <w:tc>
          <w:tcPr>
            <w:tcW w:w="1616" w:type="dxa"/>
            <w:tcBorders>
              <w:top w:val="single" w:sz="4" w:space="0" w:color="B7B7B7"/>
              <w:left w:val="single" w:sz="4" w:space="0" w:color="B7B7B7"/>
              <w:bottom w:val="single" w:sz="4" w:space="0" w:color="B7B7B7"/>
              <w:right w:val="single" w:sz="4" w:space="0" w:color="B7B7B7"/>
            </w:tcBorders>
            <w:shd w:val="clear" w:color="auto" w:fill="E2E6EA"/>
            <w:tcMar>
              <w:top w:w="70" w:type="dxa"/>
              <w:left w:w="85" w:type="dxa"/>
              <w:bottom w:w="70" w:type="dxa"/>
              <w:right w:w="85" w:type="dxa"/>
            </w:tcMar>
            <w:vAlign w:val="center"/>
          </w:tcPr>
          <w:p w14:paraId="31D4438C"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shd w:val="clear" w:color="auto" w:fill="E2E6EA"/>
            <w:tcMar>
              <w:top w:w="70" w:type="dxa"/>
              <w:left w:w="85" w:type="dxa"/>
              <w:bottom w:w="70" w:type="dxa"/>
              <w:right w:w="85" w:type="dxa"/>
            </w:tcMar>
            <w:vAlign w:val="center"/>
          </w:tcPr>
          <w:p w14:paraId="3730197E"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shd w:val="clear" w:color="auto" w:fill="E2E6EA"/>
            <w:tcMar>
              <w:top w:w="70" w:type="dxa"/>
              <w:left w:w="85" w:type="dxa"/>
              <w:bottom w:w="70" w:type="dxa"/>
              <w:right w:w="85" w:type="dxa"/>
            </w:tcMar>
            <w:vAlign w:val="center"/>
          </w:tcPr>
          <w:p w14:paraId="4B4EC320"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1616" w:type="dxa"/>
            <w:tcBorders>
              <w:top w:val="single" w:sz="4" w:space="0" w:color="B7B7B7"/>
              <w:left w:val="single" w:sz="4" w:space="0" w:color="B7B7B7"/>
              <w:bottom w:val="single" w:sz="4" w:space="0" w:color="B7B7B7"/>
              <w:right w:val="single" w:sz="4" w:space="0" w:color="B7B7B7"/>
            </w:tcBorders>
            <w:shd w:val="clear" w:color="auto" w:fill="E2E6EA"/>
            <w:tcMar>
              <w:top w:w="70" w:type="dxa"/>
              <w:left w:w="85" w:type="dxa"/>
              <w:bottom w:w="70" w:type="dxa"/>
              <w:right w:w="85" w:type="dxa"/>
            </w:tcMar>
            <w:vAlign w:val="center"/>
          </w:tcPr>
          <w:p w14:paraId="27A07FFD" w14:textId="77777777" w:rsidR="002D4636" w:rsidRPr="007D3499" w:rsidRDefault="00790DE4">
            <w:pPr>
              <w:jc w:val="center"/>
              <w:rPr>
                <w:rFonts w:asciiTheme="majorHAnsi" w:hAnsiTheme="majorHAnsi" w:cstheme="majorHAnsi"/>
                <w:lang w:val="ca-ES"/>
              </w:rPr>
            </w:pPr>
            <w:r w:rsidRPr="007D3499">
              <w:rPr>
                <w:rFonts w:asciiTheme="majorHAnsi" w:hAnsiTheme="majorHAnsi" w:cstheme="majorHAnsi"/>
                <w:color w:val="000000"/>
                <w:sz w:val="15"/>
                <w:lang w:val="ca-ES"/>
              </w:rPr>
              <w:t>[ ]</w:t>
            </w:r>
          </w:p>
        </w:tc>
        <w:tc>
          <w:tcPr>
            <w:tcW w:w="2438" w:type="dxa"/>
            <w:tcBorders>
              <w:top w:val="single" w:sz="4" w:space="0" w:color="B7B7B7"/>
              <w:left w:val="single" w:sz="4" w:space="0" w:color="B7B7B7"/>
              <w:bottom w:val="single" w:sz="4" w:space="0" w:color="B7B7B7"/>
              <w:right w:val="single" w:sz="4" w:space="0" w:color="B7B7B7"/>
            </w:tcBorders>
            <w:shd w:val="clear" w:color="auto" w:fill="E2E6EA"/>
            <w:tcMar>
              <w:top w:w="70" w:type="dxa"/>
              <w:left w:w="85" w:type="dxa"/>
              <w:bottom w:w="70" w:type="dxa"/>
              <w:right w:w="85" w:type="dxa"/>
            </w:tcMar>
            <w:vAlign w:val="center"/>
          </w:tcPr>
          <w:p w14:paraId="535ACCD3"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5"/>
                <w:lang w:val="ca-ES"/>
              </w:rPr>
              <w:t>[Escriviu aquí]</w:t>
            </w:r>
          </w:p>
        </w:tc>
      </w:tr>
    </w:tbl>
    <w:p w14:paraId="42A45B74" w14:textId="77777777" w:rsidR="002D4636" w:rsidRPr="007D3499" w:rsidRDefault="002D4636">
      <w:pPr>
        <w:spacing w:line="8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5074"/>
        <w:gridCol w:w="5074"/>
      </w:tblGrid>
      <w:tr w:rsidR="002D4636" w:rsidRPr="007D3499" w14:paraId="06422721"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6555732"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 xml:space="preserve">Altres fonts de finançament (€): </w:t>
            </w:r>
            <w:r w:rsidRPr="007D3499">
              <w:rPr>
                <w:rFonts w:asciiTheme="majorHAnsi" w:hAnsiTheme="majorHAnsi" w:cstheme="majorHAnsi"/>
                <w:i/>
                <w:color w:val="666666"/>
                <w:sz w:val="17"/>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02FEDBC8"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 xml:space="preserve">Finalitat i compatibilitat: </w:t>
            </w:r>
            <w:r w:rsidRPr="007D3499">
              <w:rPr>
                <w:rFonts w:asciiTheme="majorHAnsi" w:hAnsiTheme="majorHAnsi" w:cstheme="majorHAnsi"/>
                <w:i/>
                <w:color w:val="666666"/>
                <w:sz w:val="17"/>
                <w:lang w:val="ca-ES"/>
              </w:rPr>
              <w:t>[Escriviu aquí]</w:t>
            </w:r>
          </w:p>
        </w:tc>
      </w:tr>
      <w:tr w:rsidR="002D4636" w:rsidRPr="007D3499" w14:paraId="1B8B6973"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2E3DB8F"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 xml:space="preserve">Saldo no executat (€): </w:t>
            </w:r>
            <w:r w:rsidRPr="007D3499">
              <w:rPr>
                <w:rFonts w:asciiTheme="majorHAnsi" w:hAnsiTheme="majorHAnsi" w:cstheme="majorHAnsi"/>
                <w:i/>
                <w:color w:val="666666"/>
                <w:sz w:val="17"/>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A6ABAC1"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 xml:space="preserve">Tractament del saldo / instrucció de liquidació: </w:t>
            </w:r>
            <w:r w:rsidRPr="007D3499">
              <w:rPr>
                <w:rFonts w:asciiTheme="majorHAnsi" w:hAnsiTheme="majorHAnsi" w:cstheme="majorHAnsi"/>
                <w:i/>
                <w:color w:val="666666"/>
                <w:sz w:val="17"/>
                <w:lang w:val="ca-ES"/>
              </w:rPr>
              <w:t>[Escriviu aquí]</w:t>
            </w:r>
          </w:p>
        </w:tc>
      </w:tr>
      <w:tr w:rsidR="002D4636" w:rsidRPr="007D3499" w14:paraId="23F6EFA9" w14:textId="77777777">
        <w:trPr>
          <w:cantSplit/>
          <w:jc w:val="center"/>
        </w:trPr>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E592F27"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 xml:space="preserve">Data de tancament comptable: </w:t>
            </w:r>
            <w:r w:rsidRPr="007D3499">
              <w:rPr>
                <w:rFonts w:asciiTheme="majorHAnsi" w:hAnsiTheme="majorHAnsi" w:cstheme="majorHAnsi"/>
                <w:i/>
                <w:color w:val="666666"/>
                <w:sz w:val="17"/>
                <w:lang w:val="ca-ES"/>
              </w:rPr>
              <w:t>[Escriviu aquí]</w:t>
            </w:r>
          </w:p>
        </w:tc>
        <w:tc>
          <w:tcPr>
            <w:tcW w:w="507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4E72C4DB"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 xml:space="preserve">Unitat gestora: </w:t>
            </w:r>
            <w:r w:rsidRPr="007D3499">
              <w:rPr>
                <w:rFonts w:asciiTheme="majorHAnsi" w:hAnsiTheme="majorHAnsi" w:cstheme="majorHAnsi"/>
                <w:i/>
                <w:color w:val="666666"/>
                <w:sz w:val="17"/>
                <w:lang w:val="ca-ES"/>
              </w:rPr>
              <w:t>[Escriviu aquí]</w:t>
            </w:r>
          </w:p>
        </w:tc>
      </w:tr>
    </w:tbl>
    <w:p w14:paraId="5354E1A9" w14:textId="77777777" w:rsidR="002D4636" w:rsidRPr="007D3499" w:rsidRDefault="002D4636">
      <w:pPr>
        <w:spacing w:line="10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10148"/>
      </w:tblGrid>
      <w:tr w:rsidR="002D4636" w:rsidRPr="007D3499" w14:paraId="1D494498"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7A62043B"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20"/>
                <w:lang w:val="ca-ES"/>
              </w:rPr>
              <w:t>Justificació de les desviacions econòmiques</w:t>
            </w:r>
            <w:r w:rsidRPr="007D3499">
              <w:rPr>
                <w:rFonts w:asciiTheme="majorHAnsi" w:hAnsiTheme="majorHAnsi" w:cstheme="majorHAnsi"/>
                <w:lang w:val="ca-ES"/>
              </w:rPr>
              <w:br/>
            </w:r>
            <w:r w:rsidRPr="007D3499">
              <w:rPr>
                <w:rFonts w:asciiTheme="majorHAnsi" w:hAnsiTheme="majorHAnsi" w:cstheme="majorHAnsi"/>
                <w:color w:val="666666"/>
                <w:sz w:val="18"/>
                <w:lang w:val="ca-ES"/>
              </w:rPr>
              <w:t>Expliqueu només les diferències rellevants respecte del pressupost final autoritzat i la seva relació amb l'execució del projecte.</w:t>
            </w:r>
            <w:r w:rsidRPr="007D3499">
              <w:rPr>
                <w:rFonts w:asciiTheme="majorHAnsi" w:hAnsiTheme="majorHAnsi" w:cstheme="majorHAnsi"/>
                <w:i/>
                <w:color w:val="666666"/>
                <w:sz w:val="17"/>
                <w:lang w:val="ca-ES"/>
              </w:rPr>
              <w:t xml:space="preserve"> (màxim 200 paraules)</w:t>
            </w:r>
          </w:p>
        </w:tc>
      </w:tr>
      <w:tr w:rsidR="002D4636" w:rsidRPr="007D3499" w14:paraId="10FD4501"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ED94A1F"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8"/>
                <w:lang w:val="ca-ES"/>
              </w:rPr>
              <w:t>[Escriviu aquí]</w:t>
            </w:r>
          </w:p>
        </w:tc>
      </w:tr>
      <w:tr w:rsidR="00494978" w:rsidRPr="007D3499" w14:paraId="720FAD76"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2FFFE2CD" w14:textId="77777777" w:rsidR="00494978" w:rsidRPr="007D3499" w:rsidRDefault="00494978" w:rsidP="00494978">
            <w:pPr>
              <w:rPr>
                <w:rFonts w:asciiTheme="majorHAnsi" w:hAnsiTheme="majorHAnsi" w:cstheme="majorHAnsi"/>
                <w:i/>
                <w:color w:val="666666"/>
                <w:sz w:val="18"/>
                <w:lang w:val="ca-ES"/>
              </w:rPr>
            </w:pPr>
            <w:r w:rsidRPr="007D3499">
              <w:rPr>
                <w:rFonts w:asciiTheme="majorHAnsi" w:hAnsiTheme="majorHAnsi" w:cstheme="majorHAnsi"/>
                <w:i/>
                <w:iCs/>
                <w:color w:val="666666"/>
                <w:sz w:val="18"/>
                <w:lang w:val="ca-ES"/>
              </w:rPr>
              <w:t>S'han d'incloure els principals conceptes de despesa amb el seu import, no el desglossament d'aquestes.</w:t>
            </w:r>
          </w:p>
          <w:p w14:paraId="06ACA19A" w14:textId="77777777" w:rsidR="00494978" w:rsidRPr="007D3499" w:rsidRDefault="00494978" w:rsidP="00494978">
            <w:pPr>
              <w:rPr>
                <w:rFonts w:asciiTheme="majorHAnsi" w:hAnsiTheme="majorHAnsi" w:cstheme="majorHAnsi"/>
                <w:i/>
                <w:color w:val="666666"/>
                <w:sz w:val="18"/>
                <w:lang w:val="ca-ES"/>
              </w:rPr>
            </w:pPr>
            <w:r w:rsidRPr="007D3499">
              <w:rPr>
                <w:rFonts w:asciiTheme="majorHAnsi" w:hAnsiTheme="majorHAnsi" w:cstheme="majorHAnsi"/>
                <w:i/>
                <w:iCs/>
                <w:color w:val="666666"/>
                <w:sz w:val="18"/>
                <w:lang w:val="ca-ES"/>
              </w:rPr>
              <w:t>En el cas de tenir saldo al projecte un cop finalitzat, s’ha de transferir al codi comptable: GK512324/G113800/D28226 indicant al concepte “LIQUIDACIÓ_REFERÈNCIA AJUT”</w:t>
            </w:r>
          </w:p>
          <w:p w14:paraId="27C03D3B" w14:textId="77777777" w:rsidR="00494978" w:rsidRPr="007D3499" w:rsidRDefault="00494978" w:rsidP="00494978">
            <w:pPr>
              <w:rPr>
                <w:rFonts w:asciiTheme="majorHAnsi" w:hAnsiTheme="majorHAnsi" w:cstheme="majorHAnsi"/>
                <w:i/>
                <w:color w:val="666666"/>
                <w:sz w:val="18"/>
                <w:lang w:val="ca-ES"/>
              </w:rPr>
            </w:pPr>
            <w:r w:rsidRPr="007D3499">
              <w:rPr>
                <w:rFonts w:asciiTheme="majorHAnsi" w:hAnsiTheme="majorHAnsi" w:cstheme="majorHAnsi"/>
                <w:b/>
                <w:bCs/>
                <w:i/>
                <w:iCs/>
                <w:color w:val="666666"/>
                <w:sz w:val="18"/>
                <w:lang w:val="ca-ES"/>
              </w:rPr>
              <w:t>Indicar el MCRE (si correspon):</w:t>
            </w:r>
          </w:p>
          <w:p w14:paraId="2B2CD5B8" w14:textId="77777777" w:rsidR="00494978" w:rsidRPr="007D3499" w:rsidRDefault="00494978">
            <w:pPr>
              <w:rPr>
                <w:rFonts w:asciiTheme="majorHAnsi" w:hAnsiTheme="majorHAnsi" w:cstheme="majorHAnsi"/>
                <w:i/>
                <w:color w:val="666666"/>
                <w:sz w:val="18"/>
                <w:lang w:val="ca-ES"/>
              </w:rPr>
            </w:pPr>
          </w:p>
        </w:tc>
      </w:tr>
    </w:tbl>
    <w:p w14:paraId="5F4D049D" w14:textId="77777777" w:rsidR="002D4636" w:rsidRPr="007D3499" w:rsidRDefault="002D4636">
      <w:pPr>
        <w:spacing w:line="100" w:lineRule="exact"/>
        <w:rPr>
          <w:rFonts w:asciiTheme="majorHAnsi" w:hAnsiTheme="majorHAnsi" w:cstheme="majorHAnsi"/>
          <w:lang w:val="ca-ES"/>
        </w:rPr>
      </w:pPr>
    </w:p>
    <w:p w14:paraId="28B6DF4A" w14:textId="77777777" w:rsidR="002D4636" w:rsidRPr="007D3499" w:rsidRDefault="00790DE4">
      <w:pPr>
        <w:keepNext/>
        <w:pBdr>
          <w:top w:val="single" w:sz="5" w:space="0" w:color="8FB1CC"/>
          <w:left w:val="single" w:sz="5" w:space="0" w:color="8FB1CC"/>
          <w:bottom w:val="single" w:sz="5" w:space="0" w:color="8FB1CC"/>
          <w:right w:val="single" w:sz="5" w:space="0" w:color="8FB1CC"/>
        </w:pBdr>
        <w:shd w:val="clear" w:color="auto" w:fill="D9EAF7"/>
        <w:spacing w:before="100" w:after="120"/>
        <w:ind w:left="120" w:right="120"/>
        <w:rPr>
          <w:rFonts w:asciiTheme="majorHAnsi" w:hAnsiTheme="majorHAnsi" w:cstheme="majorHAnsi"/>
          <w:lang w:val="ca-ES"/>
        </w:rPr>
      </w:pPr>
      <w:r w:rsidRPr="007D3499">
        <w:rPr>
          <w:rFonts w:asciiTheme="majorHAnsi" w:hAnsiTheme="majorHAnsi" w:cstheme="majorHAnsi"/>
          <w:b/>
          <w:color w:val="18364F"/>
          <w:sz w:val="22"/>
          <w:lang w:val="ca-ES"/>
        </w:rPr>
        <w:t>8. ANNEXOS I DECLARACIÓ FINAL</w:t>
      </w:r>
    </w:p>
    <w:p w14:paraId="0AA0F513" w14:textId="77777777" w:rsidR="002D4636" w:rsidRPr="007D3499" w:rsidRDefault="00790DE4">
      <w:pPr>
        <w:spacing w:before="40" w:after="20"/>
        <w:rPr>
          <w:rFonts w:asciiTheme="majorHAnsi" w:hAnsiTheme="majorHAnsi" w:cstheme="majorHAnsi"/>
          <w:lang w:val="ca-ES"/>
        </w:rPr>
      </w:pPr>
      <w:r w:rsidRPr="007D3499">
        <w:rPr>
          <w:rFonts w:asciiTheme="majorHAnsi" w:hAnsiTheme="majorHAnsi" w:cstheme="majorHAnsi"/>
          <w:b/>
          <w:color w:val="000000"/>
          <w:sz w:val="18"/>
          <w:lang w:val="ca-ES"/>
        </w:rPr>
        <w:t>Annexos que s’adjunten (només si escau):</w:t>
      </w:r>
    </w:p>
    <w:p w14:paraId="5BE68F8D" w14:textId="77777777" w:rsidR="002D4636" w:rsidRPr="007D3499" w:rsidRDefault="00790DE4">
      <w:pPr>
        <w:spacing w:after="80"/>
        <w:rPr>
          <w:rFonts w:asciiTheme="majorHAnsi" w:hAnsiTheme="majorHAnsi" w:cstheme="majorHAnsi"/>
          <w:lang w:val="ca-ES"/>
        </w:rPr>
      </w:pP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Informes, metodologies, eines o resultats de validació    </w:t>
      </w: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Evid</w:t>
      </w:r>
      <w:r w:rsidRPr="007D3499">
        <w:rPr>
          <w:rFonts w:ascii="Calibri" w:hAnsi="Calibri" w:cs="Calibri"/>
          <w:color w:val="000000"/>
          <w:sz w:val="17"/>
          <w:lang w:val="ca-ES"/>
        </w:rPr>
        <w:t>è</w:t>
      </w:r>
      <w:r w:rsidRPr="007D3499">
        <w:rPr>
          <w:rFonts w:asciiTheme="majorHAnsi" w:hAnsiTheme="majorHAnsi" w:cstheme="majorHAnsi"/>
          <w:color w:val="000000"/>
          <w:sz w:val="17"/>
          <w:lang w:val="ca-ES"/>
        </w:rPr>
        <w:t>ncies de pilots o validaci</w:t>
      </w:r>
      <w:r w:rsidRPr="007D3499">
        <w:rPr>
          <w:rFonts w:ascii="Calibri" w:hAnsi="Calibri" w:cs="Calibri"/>
          <w:color w:val="000000"/>
          <w:sz w:val="17"/>
          <w:lang w:val="ca-ES"/>
        </w:rPr>
        <w:t>ó</w:t>
      </w:r>
      <w:r w:rsidRPr="007D3499">
        <w:rPr>
          <w:rFonts w:asciiTheme="majorHAnsi" w:hAnsiTheme="majorHAnsi" w:cstheme="majorHAnsi"/>
          <w:color w:val="000000"/>
          <w:sz w:val="17"/>
          <w:lang w:val="ca-ES"/>
        </w:rPr>
        <w:t xml:space="preserve"> amb actors</w:t>
      </w:r>
      <w:r w:rsidRPr="007D3499">
        <w:rPr>
          <w:rFonts w:asciiTheme="majorHAnsi" w:hAnsiTheme="majorHAnsi" w:cstheme="majorHAnsi"/>
          <w:color w:val="000000"/>
          <w:sz w:val="17"/>
          <w:lang w:val="ca-ES"/>
        </w:rPr>
        <w:br/>
      </w: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Documents sobre actius, drets, transfer</w:t>
      </w:r>
      <w:r w:rsidRPr="007D3499">
        <w:rPr>
          <w:rFonts w:ascii="Calibri" w:hAnsi="Calibri" w:cs="Calibri"/>
          <w:color w:val="000000"/>
          <w:sz w:val="17"/>
          <w:lang w:val="ca-ES"/>
        </w:rPr>
        <w:t>è</w:t>
      </w:r>
      <w:r w:rsidRPr="007D3499">
        <w:rPr>
          <w:rFonts w:asciiTheme="majorHAnsi" w:hAnsiTheme="majorHAnsi" w:cstheme="majorHAnsi"/>
          <w:color w:val="000000"/>
          <w:sz w:val="17"/>
          <w:lang w:val="ca-ES"/>
        </w:rPr>
        <w:t>ncia o reutilitzaci</w:t>
      </w:r>
      <w:r w:rsidRPr="007D3499">
        <w:rPr>
          <w:rFonts w:ascii="Calibri" w:hAnsi="Calibri" w:cs="Calibri"/>
          <w:color w:val="000000"/>
          <w:sz w:val="17"/>
          <w:lang w:val="ca-ES"/>
        </w:rPr>
        <w:t>ó</w:t>
      </w:r>
      <w:r w:rsidRPr="007D3499">
        <w:rPr>
          <w:rFonts w:asciiTheme="majorHAnsi" w:hAnsiTheme="majorHAnsi" w:cstheme="majorHAnsi"/>
          <w:color w:val="000000"/>
          <w:sz w:val="17"/>
          <w:lang w:val="ca-ES"/>
        </w:rPr>
        <w:t xml:space="preserve">    </w:t>
      </w: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Autoritzacions, consentiments, certificats o permisos</w:t>
      </w:r>
      <w:r w:rsidRPr="007D3499">
        <w:rPr>
          <w:rFonts w:asciiTheme="majorHAnsi" w:hAnsiTheme="majorHAnsi" w:cstheme="majorHAnsi"/>
          <w:color w:val="000000"/>
          <w:sz w:val="17"/>
          <w:lang w:val="ca-ES"/>
        </w:rPr>
        <w:br/>
      </w: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Pla de gesti</w:t>
      </w:r>
      <w:r w:rsidRPr="007D3499">
        <w:rPr>
          <w:rFonts w:ascii="Calibri" w:hAnsi="Calibri" w:cs="Calibri"/>
          <w:color w:val="000000"/>
          <w:sz w:val="17"/>
          <w:lang w:val="ca-ES"/>
        </w:rPr>
        <w:t>ó</w:t>
      </w:r>
      <w:r w:rsidRPr="007D3499">
        <w:rPr>
          <w:rFonts w:asciiTheme="majorHAnsi" w:hAnsiTheme="majorHAnsi" w:cstheme="majorHAnsi"/>
          <w:color w:val="000000"/>
          <w:sz w:val="17"/>
          <w:lang w:val="ca-ES"/>
        </w:rPr>
        <w:t xml:space="preserve"> de dades    </w:t>
      </w: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Modificacions autoritzades del projecte o pressupost    </w:t>
      </w:r>
      <w:r w:rsidRPr="007D3499">
        <w:rPr>
          <w:rFonts w:ascii="Segoe UI Symbol" w:hAnsi="Segoe UI Symbol" w:cs="Segoe UI Symbol"/>
          <w:color w:val="000000"/>
          <w:sz w:val="17"/>
          <w:lang w:val="ca-ES"/>
        </w:rPr>
        <w:t>☐</w:t>
      </w:r>
      <w:r w:rsidRPr="007D3499">
        <w:rPr>
          <w:rFonts w:asciiTheme="majorHAnsi" w:hAnsiTheme="majorHAnsi" w:cstheme="majorHAnsi"/>
          <w:color w:val="000000"/>
          <w:sz w:val="17"/>
          <w:lang w:val="ca-ES"/>
        </w:rPr>
        <w:t xml:space="preserve"> Altres: [Escriviu aqu</w:t>
      </w:r>
      <w:r w:rsidRPr="007D3499">
        <w:rPr>
          <w:rFonts w:ascii="Calibri" w:hAnsi="Calibri" w:cs="Calibri"/>
          <w:color w:val="000000"/>
          <w:sz w:val="17"/>
          <w:lang w:val="ca-ES"/>
        </w:rPr>
        <w:t>í</w:t>
      </w:r>
      <w:r w:rsidRPr="007D3499">
        <w:rPr>
          <w:rFonts w:asciiTheme="majorHAnsi" w:hAnsiTheme="majorHAnsi" w:cstheme="majorHAnsi"/>
          <w:color w:val="000000"/>
          <w:sz w:val="17"/>
          <w:lang w:val="ca-ES"/>
        </w:rPr>
        <w:t>]</w:t>
      </w:r>
    </w:p>
    <w:tbl>
      <w:tblPr>
        <w:tblW w:w="10148" w:type="dxa"/>
        <w:jc w:val="center"/>
        <w:tblLayout w:type="fixed"/>
        <w:tblLook w:val="04A0" w:firstRow="1" w:lastRow="0" w:firstColumn="1" w:lastColumn="0" w:noHBand="0" w:noVBand="1"/>
      </w:tblPr>
      <w:tblGrid>
        <w:gridCol w:w="10148"/>
      </w:tblGrid>
      <w:tr w:rsidR="002D4636" w:rsidRPr="007D3499" w14:paraId="129329DE" w14:textId="77777777">
        <w:trPr>
          <w:cantSplit/>
          <w:jc w:val="center"/>
        </w:trPr>
        <w:tc>
          <w:tcPr>
            <w:tcW w:w="10148"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371DF029"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lang w:val="ca-ES"/>
              </w:rPr>
              <w:t>Declaració de l’investigador/a principal</w:t>
            </w:r>
            <w:r w:rsidRPr="007D3499">
              <w:rPr>
                <w:rFonts w:asciiTheme="majorHAnsi" w:hAnsiTheme="majorHAnsi" w:cstheme="majorHAnsi"/>
                <w:lang w:val="ca-ES"/>
              </w:rPr>
              <w:br/>
            </w:r>
            <w:r w:rsidRPr="007D3499">
              <w:rPr>
                <w:rFonts w:asciiTheme="majorHAnsi" w:hAnsiTheme="majorHAnsi" w:cstheme="majorHAnsi"/>
                <w:color w:val="000000"/>
                <w:sz w:val="17"/>
                <w:lang w:val="ca-ES"/>
              </w:rPr>
              <w:t xml:space="preserve">Declaro que la informació d'aquest informe és veraç i que els fons s'han destinat a activitats directament relacionades amb el pla de treball aprovat, dins del període d'execució i d'acord amb les modificacions autoritzades. Declaro també que no hi ha doble finançament del mateix cost, que s'han respectat l'import màxim de 12.500 euros, el límit de 10.000 euros de despesa de personal i les condicions relatives a contractació, IVA, </w:t>
            </w:r>
            <w:proofErr w:type="spellStart"/>
            <w:r w:rsidRPr="007D3499">
              <w:rPr>
                <w:rFonts w:asciiTheme="majorHAnsi" w:hAnsiTheme="majorHAnsi" w:cstheme="majorHAnsi"/>
                <w:color w:val="000000"/>
                <w:sz w:val="17"/>
                <w:lang w:val="ca-ES"/>
              </w:rPr>
              <w:t>overheads</w:t>
            </w:r>
            <w:proofErr w:type="spellEnd"/>
            <w:r w:rsidRPr="007D3499">
              <w:rPr>
                <w:rFonts w:asciiTheme="majorHAnsi" w:hAnsiTheme="majorHAnsi" w:cstheme="majorHAnsi"/>
                <w:color w:val="000000"/>
                <w:sz w:val="17"/>
                <w:lang w:val="ca-ES"/>
              </w:rPr>
              <w:t xml:space="preserve"> i càrrecs interns, i que no s'hi imputen conceptes no elegibles. Les evidències, autoritzacions, consentiments, drets d'ús i documents justificatius indicats estan disponibles per a la seva verificació.</w:t>
            </w:r>
          </w:p>
        </w:tc>
      </w:tr>
    </w:tbl>
    <w:p w14:paraId="32B9DC60" w14:textId="77777777" w:rsidR="002D4636" w:rsidRPr="007D3499" w:rsidRDefault="002D4636">
      <w:pPr>
        <w:spacing w:line="80" w:lineRule="exact"/>
        <w:rPr>
          <w:rFonts w:asciiTheme="majorHAnsi" w:hAnsiTheme="majorHAnsi" w:cstheme="majorHAnsi"/>
          <w:lang w:val="ca-ES"/>
        </w:rPr>
      </w:pPr>
    </w:p>
    <w:tbl>
      <w:tblPr>
        <w:tblW w:w="10148" w:type="dxa"/>
        <w:jc w:val="center"/>
        <w:tblLayout w:type="fixed"/>
        <w:tblLook w:val="04A0" w:firstRow="1" w:lastRow="0" w:firstColumn="1" w:lastColumn="0" w:noHBand="0" w:noVBand="1"/>
      </w:tblPr>
      <w:tblGrid>
        <w:gridCol w:w="3402"/>
        <w:gridCol w:w="2494"/>
        <w:gridCol w:w="4252"/>
      </w:tblGrid>
      <w:tr w:rsidR="002D4636" w:rsidRPr="007D3499" w14:paraId="43C14C22"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1F482798"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Nom i cognoms</w:t>
            </w:r>
          </w:p>
        </w:tc>
        <w:tc>
          <w:tcPr>
            <w:tcW w:w="2494"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2E23A818"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Data</w:t>
            </w:r>
          </w:p>
        </w:tc>
        <w:tc>
          <w:tcPr>
            <w:tcW w:w="4252" w:type="dxa"/>
            <w:tcBorders>
              <w:top w:val="single" w:sz="4" w:space="0" w:color="B7B7B7"/>
              <w:left w:val="single" w:sz="4" w:space="0" w:color="B7B7B7"/>
              <w:bottom w:val="single" w:sz="4" w:space="0" w:color="B7B7B7"/>
              <w:right w:val="single" w:sz="4" w:space="0" w:color="B7B7B7"/>
            </w:tcBorders>
            <w:shd w:val="clear" w:color="auto" w:fill="F2F3F4"/>
            <w:tcMar>
              <w:top w:w="70" w:type="dxa"/>
              <w:left w:w="85" w:type="dxa"/>
              <w:bottom w:w="70" w:type="dxa"/>
              <w:right w:w="85" w:type="dxa"/>
            </w:tcMar>
            <w:vAlign w:val="center"/>
          </w:tcPr>
          <w:p w14:paraId="28F46B33" w14:textId="77777777" w:rsidR="002D4636" w:rsidRPr="007D3499" w:rsidRDefault="00790DE4">
            <w:pPr>
              <w:rPr>
                <w:rFonts w:asciiTheme="majorHAnsi" w:hAnsiTheme="majorHAnsi" w:cstheme="majorHAnsi"/>
                <w:lang w:val="ca-ES"/>
              </w:rPr>
            </w:pPr>
            <w:r w:rsidRPr="007D3499">
              <w:rPr>
                <w:rFonts w:asciiTheme="majorHAnsi" w:hAnsiTheme="majorHAnsi" w:cstheme="majorHAnsi"/>
                <w:b/>
                <w:color w:val="000000"/>
                <w:sz w:val="17"/>
                <w:lang w:val="ca-ES"/>
              </w:rPr>
              <w:t>Signatura</w:t>
            </w:r>
          </w:p>
        </w:tc>
      </w:tr>
      <w:tr w:rsidR="002D4636" w:rsidRPr="007D3499" w14:paraId="7400DB91" w14:textId="77777777">
        <w:trPr>
          <w:cantSplit/>
          <w:jc w:val="center"/>
        </w:trPr>
        <w:tc>
          <w:tcPr>
            <w:tcW w:w="340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69928E90"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7"/>
                <w:lang w:val="ca-ES"/>
              </w:rPr>
              <w:t>[Escriviu aquí]</w:t>
            </w:r>
          </w:p>
        </w:tc>
        <w:tc>
          <w:tcPr>
            <w:tcW w:w="2494"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36741ED4" w14:textId="77777777" w:rsidR="002D4636" w:rsidRPr="007D3499" w:rsidRDefault="00790DE4">
            <w:pPr>
              <w:rPr>
                <w:rFonts w:asciiTheme="majorHAnsi" w:hAnsiTheme="majorHAnsi" w:cstheme="majorHAnsi"/>
                <w:lang w:val="ca-ES"/>
              </w:rPr>
            </w:pPr>
            <w:r w:rsidRPr="007D3499">
              <w:rPr>
                <w:rFonts w:asciiTheme="majorHAnsi" w:hAnsiTheme="majorHAnsi" w:cstheme="majorHAnsi"/>
                <w:i/>
                <w:color w:val="666666"/>
                <w:sz w:val="17"/>
                <w:lang w:val="ca-ES"/>
              </w:rPr>
              <w:t>[</w:t>
            </w:r>
            <w:proofErr w:type="spellStart"/>
            <w:r w:rsidRPr="007D3499">
              <w:rPr>
                <w:rFonts w:asciiTheme="majorHAnsi" w:hAnsiTheme="majorHAnsi" w:cstheme="majorHAnsi"/>
                <w:i/>
                <w:color w:val="666666"/>
                <w:sz w:val="17"/>
                <w:lang w:val="ca-ES"/>
              </w:rPr>
              <w:t>dd</w:t>
            </w:r>
            <w:proofErr w:type="spellEnd"/>
            <w:r w:rsidRPr="007D3499">
              <w:rPr>
                <w:rFonts w:asciiTheme="majorHAnsi" w:hAnsiTheme="majorHAnsi" w:cstheme="majorHAnsi"/>
                <w:i/>
                <w:color w:val="666666"/>
                <w:sz w:val="17"/>
                <w:lang w:val="ca-ES"/>
              </w:rPr>
              <w:t>/mm/</w:t>
            </w:r>
            <w:proofErr w:type="spellStart"/>
            <w:r w:rsidRPr="007D3499">
              <w:rPr>
                <w:rFonts w:asciiTheme="majorHAnsi" w:hAnsiTheme="majorHAnsi" w:cstheme="majorHAnsi"/>
                <w:i/>
                <w:color w:val="666666"/>
                <w:sz w:val="17"/>
                <w:lang w:val="ca-ES"/>
              </w:rPr>
              <w:t>aaaa</w:t>
            </w:r>
            <w:proofErr w:type="spellEnd"/>
            <w:r w:rsidRPr="007D3499">
              <w:rPr>
                <w:rFonts w:asciiTheme="majorHAnsi" w:hAnsiTheme="majorHAnsi" w:cstheme="majorHAnsi"/>
                <w:i/>
                <w:color w:val="666666"/>
                <w:sz w:val="17"/>
                <w:lang w:val="ca-ES"/>
              </w:rPr>
              <w:t>]</w:t>
            </w:r>
          </w:p>
        </w:tc>
        <w:tc>
          <w:tcPr>
            <w:tcW w:w="4252" w:type="dxa"/>
            <w:tcBorders>
              <w:top w:val="single" w:sz="4" w:space="0" w:color="B7B7B7"/>
              <w:left w:val="single" w:sz="4" w:space="0" w:color="B7B7B7"/>
              <w:bottom w:val="single" w:sz="4" w:space="0" w:color="B7B7B7"/>
              <w:right w:val="single" w:sz="4" w:space="0" w:color="B7B7B7"/>
            </w:tcBorders>
            <w:tcMar>
              <w:top w:w="70" w:type="dxa"/>
              <w:left w:w="85" w:type="dxa"/>
              <w:bottom w:w="70" w:type="dxa"/>
              <w:right w:w="85" w:type="dxa"/>
            </w:tcMar>
            <w:vAlign w:val="center"/>
          </w:tcPr>
          <w:p w14:paraId="1FCF6FCD" w14:textId="77777777" w:rsidR="002D4636" w:rsidRPr="007D3499" w:rsidRDefault="00790DE4">
            <w:pPr>
              <w:rPr>
                <w:rFonts w:asciiTheme="majorHAnsi" w:hAnsiTheme="majorHAnsi" w:cstheme="majorHAnsi"/>
                <w:lang w:val="ca-ES"/>
              </w:rPr>
            </w:pPr>
            <w:r w:rsidRPr="007D3499">
              <w:rPr>
                <w:rFonts w:asciiTheme="majorHAnsi" w:hAnsiTheme="majorHAnsi" w:cstheme="majorHAnsi"/>
                <w:lang w:val="ca-ES"/>
              </w:rPr>
              <w:br/>
            </w:r>
            <w:r w:rsidRPr="007D3499">
              <w:rPr>
                <w:rFonts w:asciiTheme="majorHAnsi" w:hAnsiTheme="majorHAnsi" w:cstheme="majorHAnsi"/>
                <w:lang w:val="ca-ES"/>
              </w:rPr>
              <w:br/>
            </w:r>
          </w:p>
        </w:tc>
      </w:tr>
    </w:tbl>
    <w:p w14:paraId="4C5701FA" w14:textId="77777777" w:rsidR="00790DE4" w:rsidRPr="007D3499" w:rsidRDefault="00790DE4">
      <w:pPr>
        <w:rPr>
          <w:rFonts w:asciiTheme="majorHAnsi" w:hAnsiTheme="majorHAnsi" w:cstheme="majorHAnsi"/>
          <w:lang w:val="ca-ES"/>
        </w:rPr>
      </w:pPr>
    </w:p>
    <w:sectPr w:rsidR="00790DE4" w:rsidRPr="007D3499" w:rsidSect="00034616">
      <w:headerReference w:type="default" r:id="rId8"/>
      <w:footerReference w:type="default" r:id="rId9"/>
      <w:pgSz w:w="11906" w:h="16838"/>
      <w:pgMar w:top="2041" w:right="879" w:bottom="822" w:left="879" w:header="255"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6F176" w14:textId="77777777" w:rsidR="000F4BE6" w:rsidRDefault="000F4BE6">
      <w:r>
        <w:separator/>
      </w:r>
    </w:p>
  </w:endnote>
  <w:endnote w:type="continuationSeparator" w:id="0">
    <w:p w14:paraId="40C19AA5" w14:textId="77777777" w:rsidR="000F4BE6" w:rsidRDefault="000F4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0FEC7" w14:textId="77777777" w:rsidR="002D4636" w:rsidRDefault="002D4636">
    <w:pPr>
      <w:pStyle w:val="Peu"/>
    </w:pPr>
  </w:p>
  <w:tbl>
    <w:tblPr>
      <w:tblW w:w="10148" w:type="dxa"/>
      <w:jc w:val="center"/>
      <w:tblLayout w:type="fixed"/>
      <w:tblLook w:val="04A0" w:firstRow="1" w:lastRow="0" w:firstColumn="1" w:lastColumn="0" w:noHBand="0" w:noVBand="1"/>
    </w:tblPr>
    <w:tblGrid>
      <w:gridCol w:w="5074"/>
      <w:gridCol w:w="5074"/>
    </w:tblGrid>
    <w:tr w:rsidR="002D4636" w:rsidRPr="007D3499" w14:paraId="14F42560" w14:textId="77777777">
      <w:trPr>
        <w:cantSplit/>
        <w:jc w:val="center"/>
      </w:trPr>
      <w:tc>
        <w:tcPr>
          <w:tcW w:w="5074" w:type="dxa"/>
          <w:tcBorders>
            <w:top w:val="single" w:sz="5" w:space="0" w:color="7F7F7F"/>
            <w:left w:val="nil"/>
            <w:bottom w:val="nil"/>
            <w:right w:val="nil"/>
          </w:tcBorders>
          <w:tcMar>
            <w:top w:w="70" w:type="dxa"/>
            <w:left w:w="70" w:type="dxa"/>
            <w:bottom w:w="0" w:type="dxa"/>
            <w:right w:w="70" w:type="dxa"/>
          </w:tcMar>
          <w:vAlign w:val="center"/>
        </w:tcPr>
        <w:p w14:paraId="16DAE074" w14:textId="5043551B" w:rsidR="002D4636" w:rsidRPr="007D3499" w:rsidRDefault="00790DE4">
          <w:pPr>
            <w:rPr>
              <w:rFonts w:asciiTheme="majorHAnsi" w:hAnsiTheme="majorHAnsi" w:cstheme="majorHAnsi"/>
              <w:bCs/>
            </w:rPr>
          </w:pPr>
          <w:r w:rsidRPr="007D3499">
            <w:rPr>
              <w:rFonts w:asciiTheme="majorHAnsi" w:hAnsiTheme="majorHAnsi" w:cstheme="majorHAnsi"/>
              <w:bCs/>
              <w:color w:val="000000"/>
              <w:sz w:val="17"/>
            </w:rPr>
            <w:t>AdR</w:t>
          </w:r>
          <w:r w:rsidR="007D3499">
            <w:rPr>
              <w:rFonts w:asciiTheme="majorHAnsi" w:hAnsiTheme="majorHAnsi" w:cstheme="majorHAnsi"/>
              <w:bCs/>
              <w:color w:val="000000"/>
              <w:sz w:val="17"/>
            </w:rPr>
            <w:t>199-00</w:t>
          </w:r>
        </w:p>
      </w:tc>
      <w:tc>
        <w:tcPr>
          <w:tcW w:w="5074" w:type="dxa"/>
          <w:tcBorders>
            <w:top w:val="single" w:sz="5" w:space="0" w:color="7F7F7F"/>
            <w:left w:val="nil"/>
            <w:bottom w:val="nil"/>
            <w:right w:val="nil"/>
          </w:tcBorders>
          <w:tcMar>
            <w:top w:w="70" w:type="dxa"/>
            <w:left w:w="70" w:type="dxa"/>
            <w:bottom w:w="0" w:type="dxa"/>
            <w:right w:w="70" w:type="dxa"/>
          </w:tcMar>
          <w:vAlign w:val="center"/>
        </w:tcPr>
        <w:p w14:paraId="65E1728B" w14:textId="638433B8" w:rsidR="002D4636" w:rsidRPr="007D3499" w:rsidRDefault="00790DE4">
          <w:pPr>
            <w:jc w:val="right"/>
            <w:rPr>
              <w:rFonts w:asciiTheme="majorHAnsi" w:hAnsiTheme="majorHAnsi" w:cstheme="majorHAnsi"/>
              <w:bCs/>
            </w:rPr>
          </w:pPr>
          <w:proofErr w:type="spellStart"/>
          <w:r w:rsidRPr="007D3499">
            <w:rPr>
              <w:rFonts w:asciiTheme="majorHAnsi" w:hAnsiTheme="majorHAnsi" w:cstheme="majorHAnsi"/>
              <w:bCs/>
              <w:color w:val="000000"/>
              <w:sz w:val="17"/>
            </w:rPr>
            <w:t>Pàg</w:t>
          </w:r>
          <w:proofErr w:type="spellEnd"/>
          <w:r w:rsidRPr="007D3499">
            <w:rPr>
              <w:rFonts w:asciiTheme="majorHAnsi" w:hAnsiTheme="majorHAnsi" w:cstheme="majorHAnsi"/>
              <w:bCs/>
              <w:color w:val="000000"/>
              <w:sz w:val="17"/>
            </w:rPr>
            <w:t xml:space="preserve">. </w:t>
          </w:r>
          <w:r w:rsidRPr="007D3499">
            <w:rPr>
              <w:rFonts w:asciiTheme="majorHAnsi" w:hAnsiTheme="majorHAnsi" w:cstheme="majorHAnsi"/>
              <w:bCs/>
              <w:color w:val="000000"/>
              <w:sz w:val="17"/>
            </w:rPr>
            <w:fldChar w:fldCharType="begin"/>
          </w:r>
          <w:r w:rsidRPr="007D3499">
            <w:rPr>
              <w:rFonts w:asciiTheme="majorHAnsi" w:hAnsiTheme="majorHAnsi" w:cstheme="majorHAnsi"/>
              <w:bCs/>
              <w:color w:val="000000"/>
              <w:sz w:val="17"/>
            </w:rPr>
            <w:instrText>PAGE</w:instrText>
          </w:r>
          <w:r w:rsidRPr="007D3499">
            <w:rPr>
              <w:rFonts w:asciiTheme="majorHAnsi" w:hAnsiTheme="majorHAnsi" w:cstheme="majorHAnsi"/>
              <w:bCs/>
              <w:color w:val="000000"/>
              <w:sz w:val="17"/>
            </w:rPr>
            <w:fldChar w:fldCharType="separate"/>
          </w:r>
          <w:r w:rsidR="00494978" w:rsidRPr="007D3499">
            <w:rPr>
              <w:rFonts w:asciiTheme="majorHAnsi" w:hAnsiTheme="majorHAnsi" w:cstheme="majorHAnsi"/>
              <w:bCs/>
              <w:noProof/>
              <w:color w:val="000000"/>
              <w:sz w:val="17"/>
            </w:rPr>
            <w:t>4</w:t>
          </w:r>
          <w:r w:rsidRPr="007D3499">
            <w:rPr>
              <w:rFonts w:asciiTheme="majorHAnsi" w:hAnsiTheme="majorHAnsi" w:cstheme="majorHAnsi"/>
              <w:bCs/>
              <w:color w:val="000000"/>
              <w:sz w:val="17"/>
            </w:rPr>
            <w:fldChar w:fldCharType="end"/>
          </w:r>
          <w:r w:rsidRPr="007D3499">
            <w:rPr>
              <w:rFonts w:asciiTheme="majorHAnsi" w:hAnsiTheme="majorHAnsi" w:cstheme="majorHAnsi"/>
              <w:bCs/>
              <w:color w:val="000000"/>
              <w:sz w:val="17"/>
            </w:rPr>
            <w:t>/</w:t>
          </w:r>
          <w:r w:rsidRPr="007D3499">
            <w:rPr>
              <w:rFonts w:asciiTheme="majorHAnsi" w:hAnsiTheme="majorHAnsi" w:cstheme="majorHAnsi"/>
              <w:bCs/>
              <w:color w:val="000000"/>
              <w:sz w:val="17"/>
            </w:rPr>
            <w:fldChar w:fldCharType="begin"/>
          </w:r>
          <w:r w:rsidRPr="007D3499">
            <w:rPr>
              <w:rFonts w:asciiTheme="majorHAnsi" w:hAnsiTheme="majorHAnsi" w:cstheme="majorHAnsi"/>
              <w:bCs/>
              <w:color w:val="000000"/>
              <w:sz w:val="17"/>
            </w:rPr>
            <w:instrText>NUMPAGES</w:instrText>
          </w:r>
          <w:r w:rsidRPr="007D3499">
            <w:rPr>
              <w:rFonts w:asciiTheme="majorHAnsi" w:hAnsiTheme="majorHAnsi" w:cstheme="majorHAnsi"/>
              <w:bCs/>
              <w:color w:val="000000"/>
              <w:sz w:val="17"/>
            </w:rPr>
            <w:fldChar w:fldCharType="separate"/>
          </w:r>
          <w:r w:rsidR="00494978" w:rsidRPr="007D3499">
            <w:rPr>
              <w:rFonts w:asciiTheme="majorHAnsi" w:hAnsiTheme="majorHAnsi" w:cstheme="majorHAnsi"/>
              <w:bCs/>
              <w:noProof/>
              <w:color w:val="000000"/>
              <w:sz w:val="17"/>
            </w:rPr>
            <w:t>1</w:t>
          </w:r>
          <w:r w:rsidRPr="007D3499">
            <w:rPr>
              <w:rFonts w:asciiTheme="majorHAnsi" w:hAnsiTheme="majorHAnsi" w:cstheme="majorHAnsi"/>
              <w:bCs/>
              <w:color w:val="000000"/>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A0959" w14:textId="77777777" w:rsidR="000F4BE6" w:rsidRDefault="000F4BE6">
      <w:r>
        <w:separator/>
      </w:r>
    </w:p>
  </w:footnote>
  <w:footnote w:type="continuationSeparator" w:id="0">
    <w:p w14:paraId="128D9EDA" w14:textId="77777777" w:rsidR="000F4BE6" w:rsidRDefault="000F4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703C" w14:textId="77777777" w:rsidR="002D4636" w:rsidRDefault="002D4636">
    <w:pPr>
      <w:pStyle w:val="Capalera"/>
    </w:pPr>
  </w:p>
  <w:tbl>
    <w:tblPr>
      <w:tblW w:w="10148" w:type="dxa"/>
      <w:jc w:val="center"/>
      <w:tblLayout w:type="fixed"/>
      <w:tblLook w:val="04A0" w:firstRow="1" w:lastRow="0" w:firstColumn="1" w:lastColumn="0" w:noHBand="0" w:noVBand="1"/>
    </w:tblPr>
    <w:tblGrid>
      <w:gridCol w:w="2381"/>
      <w:gridCol w:w="4025"/>
      <w:gridCol w:w="3742"/>
    </w:tblGrid>
    <w:tr w:rsidR="002D4636" w14:paraId="0205EFCC" w14:textId="77777777">
      <w:trPr>
        <w:cantSplit/>
        <w:jc w:val="center"/>
      </w:trPr>
      <w:tc>
        <w:tcPr>
          <w:tcW w:w="2381" w:type="dxa"/>
          <w:tcBorders>
            <w:top w:val="nil"/>
            <w:left w:val="nil"/>
            <w:bottom w:val="nil"/>
            <w:right w:val="nil"/>
          </w:tcBorders>
          <w:tcMar>
            <w:top w:w="0" w:type="dxa"/>
            <w:left w:w="0" w:type="dxa"/>
            <w:bottom w:w="0" w:type="dxa"/>
            <w:right w:w="0" w:type="dxa"/>
          </w:tcMar>
          <w:vAlign w:val="center"/>
        </w:tcPr>
        <w:p w14:paraId="709A6C5C" w14:textId="77777777" w:rsidR="002D4636" w:rsidRDefault="00790DE4">
          <w:r>
            <w:rPr>
              <w:noProof/>
            </w:rPr>
            <w:drawing>
              <wp:inline distT="0" distB="0" distL="0" distR="0" wp14:anchorId="3304E314" wp14:editId="5D8833A1">
                <wp:extent cx="1314000" cy="4931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314000" cy="493187"/>
                        </a:xfrm>
                        <a:prstGeom prst="rect">
                          <a:avLst/>
                        </a:prstGeom>
                      </pic:spPr>
                    </pic:pic>
                  </a:graphicData>
                </a:graphic>
              </wp:inline>
            </w:drawing>
          </w:r>
        </w:p>
      </w:tc>
      <w:tc>
        <w:tcPr>
          <w:tcW w:w="4025" w:type="dxa"/>
          <w:tcBorders>
            <w:top w:val="nil"/>
            <w:left w:val="nil"/>
            <w:bottom w:val="nil"/>
            <w:right w:val="nil"/>
          </w:tcBorders>
          <w:tcMar>
            <w:top w:w="0" w:type="dxa"/>
            <w:left w:w="0" w:type="dxa"/>
            <w:bottom w:w="0" w:type="dxa"/>
            <w:right w:w="0" w:type="dxa"/>
          </w:tcMar>
          <w:vAlign w:val="center"/>
        </w:tcPr>
        <w:p w14:paraId="6F3BF8F5" w14:textId="77777777" w:rsidR="002D4636" w:rsidRDefault="00790DE4">
          <w:pPr>
            <w:jc w:val="center"/>
          </w:pPr>
          <w:r>
            <w:rPr>
              <w:noProof/>
            </w:rPr>
            <w:drawing>
              <wp:inline distT="0" distB="0" distL="0" distR="0" wp14:anchorId="4D319EA0" wp14:editId="039F32A0">
                <wp:extent cx="2034000" cy="525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pic:nvPicPr>
                      <pic:blipFill>
                        <a:blip r:embed="rId2"/>
                        <a:stretch>
                          <a:fillRect/>
                        </a:stretch>
                      </pic:blipFill>
                      <pic:spPr>
                        <a:xfrm>
                          <a:off x="0" y="0"/>
                          <a:ext cx="2034000" cy="525835"/>
                        </a:xfrm>
                        <a:prstGeom prst="rect">
                          <a:avLst/>
                        </a:prstGeom>
                      </pic:spPr>
                    </pic:pic>
                  </a:graphicData>
                </a:graphic>
              </wp:inline>
            </w:drawing>
          </w:r>
        </w:p>
      </w:tc>
      <w:tc>
        <w:tcPr>
          <w:tcW w:w="3742" w:type="dxa"/>
          <w:tcBorders>
            <w:top w:val="nil"/>
            <w:left w:val="nil"/>
            <w:bottom w:val="nil"/>
            <w:right w:val="nil"/>
          </w:tcBorders>
          <w:tcMar>
            <w:top w:w="0" w:type="dxa"/>
            <w:left w:w="0" w:type="dxa"/>
            <w:bottom w:w="0" w:type="dxa"/>
            <w:right w:w="0" w:type="dxa"/>
          </w:tcMar>
          <w:vAlign w:val="center"/>
        </w:tcPr>
        <w:p w14:paraId="6ACAD2CD" w14:textId="77777777" w:rsidR="002D4636" w:rsidRDefault="00790DE4">
          <w:pPr>
            <w:jc w:val="right"/>
          </w:pPr>
          <w:r>
            <w:rPr>
              <w:noProof/>
            </w:rPr>
            <w:drawing>
              <wp:inline distT="0" distB="0" distL="0" distR="0" wp14:anchorId="0D65D714" wp14:editId="16F8E186">
                <wp:extent cx="1745999" cy="5602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pic:nvPicPr>
                      <pic:blipFill>
                        <a:blip r:embed="rId3"/>
                        <a:stretch>
                          <a:fillRect/>
                        </a:stretch>
                      </pic:blipFill>
                      <pic:spPr>
                        <a:xfrm>
                          <a:off x="0" y="0"/>
                          <a:ext cx="1745999" cy="560243"/>
                        </a:xfrm>
                        <a:prstGeom prst="rect">
                          <a:avLst/>
                        </a:prstGeom>
                      </pic:spPr>
                    </pic:pic>
                  </a:graphicData>
                </a:graphic>
              </wp:inline>
            </w:drawing>
          </w:r>
        </w:p>
      </w:tc>
    </w:tr>
  </w:tbl>
  <w:p w14:paraId="38CD192F" w14:textId="44C06E0B" w:rsidR="002D4636" w:rsidRPr="007D3499" w:rsidRDefault="00790DE4">
    <w:pPr>
      <w:spacing w:before="40"/>
      <w:rPr>
        <w:rFonts w:asciiTheme="majorHAnsi" w:hAnsiTheme="majorHAnsi" w:cstheme="majorHAnsi"/>
        <w:sz w:val="20"/>
        <w:szCs w:val="20"/>
      </w:rPr>
    </w:pPr>
    <w:r w:rsidRPr="007D3499">
      <w:rPr>
        <w:rFonts w:asciiTheme="majorHAnsi" w:hAnsiTheme="majorHAnsi" w:cstheme="majorHAnsi"/>
        <w:b/>
        <w:color w:val="000000"/>
        <w:sz w:val="20"/>
        <w:szCs w:val="20"/>
      </w:rPr>
      <w:t>CONVOCATÒRIA PROGRAMA PROOF OF CONCEPT (PoC 2026)</w:t>
    </w:r>
    <w:r w:rsidR="007D3499">
      <w:rPr>
        <w:rFonts w:asciiTheme="majorHAnsi" w:hAnsiTheme="majorHAnsi" w:cstheme="majorHAnsi"/>
        <w:b/>
        <w:color w:val="000000"/>
        <w:sz w:val="20"/>
        <w:szCs w:val="20"/>
      </w:rPr>
      <w:t xml:space="preserve"> – </w:t>
    </w:r>
    <w:r w:rsidRPr="007D3499">
      <w:rPr>
        <w:rFonts w:asciiTheme="majorHAnsi" w:hAnsiTheme="majorHAnsi" w:cstheme="majorHAnsi"/>
        <w:b/>
        <w:color w:val="000000"/>
        <w:sz w:val="20"/>
        <w:szCs w:val="20"/>
      </w:rPr>
      <w:t>LÍNIA CIÈNCIES SOCIALS I HUMANITATS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lista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lista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listaambpic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listaambpic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lista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listaambpics"/>
      <w:lvlText w:val=""/>
      <w:lvlJc w:val="left"/>
      <w:pPr>
        <w:tabs>
          <w:tab w:val="num" w:pos="360"/>
        </w:tabs>
        <w:ind w:left="360" w:hanging="360"/>
      </w:pPr>
      <w:rPr>
        <w:rFonts w:ascii="Symbol" w:hAnsi="Symbol" w:hint="default"/>
      </w:rPr>
    </w:lvl>
  </w:abstractNum>
  <w:num w:numId="1" w16cid:durableId="1759397917">
    <w:abstractNumId w:val="8"/>
  </w:num>
  <w:num w:numId="2" w16cid:durableId="717508872">
    <w:abstractNumId w:val="6"/>
  </w:num>
  <w:num w:numId="3" w16cid:durableId="2028016661">
    <w:abstractNumId w:val="5"/>
  </w:num>
  <w:num w:numId="4" w16cid:durableId="53241603">
    <w:abstractNumId w:val="4"/>
  </w:num>
  <w:num w:numId="5" w16cid:durableId="546912731">
    <w:abstractNumId w:val="7"/>
  </w:num>
  <w:num w:numId="6" w16cid:durableId="264270135">
    <w:abstractNumId w:val="3"/>
  </w:num>
  <w:num w:numId="7" w16cid:durableId="691152830">
    <w:abstractNumId w:val="2"/>
  </w:num>
  <w:num w:numId="8" w16cid:durableId="949165201">
    <w:abstractNumId w:val="1"/>
  </w:num>
  <w:num w:numId="9" w16cid:durableId="1485008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F4BE6"/>
    <w:rsid w:val="0015074B"/>
    <w:rsid w:val="0029639D"/>
    <w:rsid w:val="002D4636"/>
    <w:rsid w:val="00326F90"/>
    <w:rsid w:val="00494978"/>
    <w:rsid w:val="004E3339"/>
    <w:rsid w:val="00790DE4"/>
    <w:rsid w:val="007D3499"/>
    <w:rsid w:val="00AA1D8D"/>
    <w:rsid w:val="00B47730"/>
    <w:rsid w:val="00BC6C8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44C9E00-F95C-442B-AC80-0BD2A7127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Arial" w:eastAsia="Arial" w:hAnsi="Arial"/>
      <w:sz w:val="19"/>
    </w:rPr>
  </w:style>
  <w:style w:type="paragraph" w:styleId="Ttol1">
    <w:name w:val="heading 1"/>
    <w:basedOn w:val="Normal"/>
    <w:next w:val="Normal"/>
    <w:link w:val="Ttol1C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next w:val="Normal"/>
    <w:link w:val="Ttol2C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tol5">
    <w:name w:val="heading 5"/>
    <w:basedOn w:val="Normal"/>
    <w:next w:val="Normal"/>
    <w:link w:val="Ttol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tol6">
    <w:name w:val="heading 6"/>
    <w:basedOn w:val="Normal"/>
    <w:next w:val="Normal"/>
    <w:link w:val="Ttol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tol7">
    <w:name w:val="heading 7"/>
    <w:basedOn w:val="Normal"/>
    <w:next w:val="Normal"/>
    <w:link w:val="Ttol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tol8">
    <w:name w:val="heading 8"/>
    <w:basedOn w:val="Normal"/>
    <w:next w:val="Normal"/>
    <w:link w:val="Ttol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tol9">
    <w:name w:val="heading 9"/>
    <w:basedOn w:val="Normal"/>
    <w:next w:val="Normal"/>
    <w:link w:val="Ttol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E618BF"/>
    <w:pPr>
      <w:tabs>
        <w:tab w:val="center" w:pos="4680"/>
        <w:tab w:val="right" w:pos="9360"/>
      </w:tabs>
    </w:pPr>
  </w:style>
  <w:style w:type="character" w:customStyle="1" w:styleId="CapaleraCar">
    <w:name w:val="Capçalera Car"/>
    <w:basedOn w:val="Lletraperdefectedelpargraf"/>
    <w:link w:val="Capalera"/>
    <w:uiPriority w:val="99"/>
    <w:rsid w:val="00E618BF"/>
  </w:style>
  <w:style w:type="paragraph" w:styleId="Peu">
    <w:name w:val="footer"/>
    <w:basedOn w:val="Normal"/>
    <w:link w:val="PeuCar"/>
    <w:uiPriority w:val="99"/>
    <w:unhideWhenUsed/>
    <w:rsid w:val="00E618BF"/>
    <w:pPr>
      <w:tabs>
        <w:tab w:val="center" w:pos="4680"/>
        <w:tab w:val="right" w:pos="9360"/>
      </w:tabs>
    </w:pPr>
  </w:style>
  <w:style w:type="character" w:customStyle="1" w:styleId="PeuCar">
    <w:name w:val="Peu Car"/>
    <w:basedOn w:val="Lletraperdefectedelpargraf"/>
    <w:link w:val="Peu"/>
    <w:uiPriority w:val="99"/>
    <w:rsid w:val="00E618BF"/>
  </w:style>
  <w:style w:type="paragraph" w:styleId="Senseespaiat">
    <w:name w:val="No Spacing"/>
    <w:uiPriority w:val="1"/>
    <w:qFormat/>
    <w:rsid w:val="00FC693F"/>
    <w:pPr>
      <w:spacing w:after="0" w:line="240" w:lineRule="auto"/>
    </w:pPr>
  </w:style>
  <w:style w:type="character" w:customStyle="1" w:styleId="Ttol1Car">
    <w:name w:val="Títol 1 Car"/>
    <w:basedOn w:val="Lletraperdefectedelpargraf"/>
    <w:link w:val="Tto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ol2Car">
    <w:name w:val="Títol 2 Car"/>
    <w:basedOn w:val="Lletraperdefectedelpargraf"/>
    <w:link w:val="Ttol2"/>
    <w:uiPriority w:val="9"/>
    <w:rsid w:val="00FC693F"/>
    <w:rPr>
      <w:rFonts w:asciiTheme="majorHAnsi" w:eastAsiaTheme="majorEastAsia" w:hAnsiTheme="majorHAnsi" w:cstheme="majorBidi"/>
      <w:b/>
      <w:bCs/>
      <w:color w:val="4F81BD" w:themeColor="accent1"/>
      <w:sz w:val="26"/>
      <w:szCs w:val="26"/>
    </w:rPr>
  </w:style>
  <w:style w:type="character" w:customStyle="1" w:styleId="Ttol3Car">
    <w:name w:val="Títol 3 Car"/>
    <w:basedOn w:val="Lletraperdefectedelpargraf"/>
    <w:link w:val="Ttol3"/>
    <w:uiPriority w:val="9"/>
    <w:rsid w:val="00FC693F"/>
    <w:rPr>
      <w:rFonts w:asciiTheme="majorHAnsi" w:eastAsiaTheme="majorEastAsia" w:hAnsiTheme="majorHAnsi" w:cstheme="majorBidi"/>
      <w:b/>
      <w:bCs/>
      <w:color w:val="4F81BD" w:themeColor="accent1"/>
    </w:rPr>
  </w:style>
  <w:style w:type="paragraph" w:styleId="Ttol">
    <w:name w:val="Title"/>
    <w:basedOn w:val="Normal"/>
    <w:next w:val="Normal"/>
    <w:link w:val="Ttol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olCar">
    <w:name w:val="Títol Car"/>
    <w:basedOn w:val="Lletraperdefectedelpargraf"/>
    <w:link w:val="Tto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ol">
    <w:name w:val="Subtitle"/>
    <w:basedOn w:val="Normal"/>
    <w:next w:val="Normal"/>
    <w:link w:val="Subttol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olCar">
    <w:name w:val="Subtítol Car"/>
    <w:basedOn w:val="Lletraperdefectedelpargraf"/>
    <w:link w:val="Subttol"/>
    <w:uiPriority w:val="11"/>
    <w:rsid w:val="00FC693F"/>
    <w:rPr>
      <w:rFonts w:asciiTheme="majorHAnsi" w:eastAsiaTheme="majorEastAsia" w:hAnsiTheme="majorHAnsi" w:cstheme="majorBidi"/>
      <w:i/>
      <w:iCs/>
      <w:color w:val="4F81BD" w:themeColor="accent1"/>
      <w:spacing w:val="15"/>
      <w:sz w:val="24"/>
      <w:szCs w:val="24"/>
    </w:rPr>
  </w:style>
  <w:style w:type="paragraph" w:styleId="Pargrafdellista">
    <w:name w:val="List Paragraph"/>
    <w:basedOn w:val="Normal"/>
    <w:uiPriority w:val="34"/>
    <w:qFormat/>
    <w:rsid w:val="00FC693F"/>
    <w:pPr>
      <w:ind w:left="720"/>
      <w:contextualSpacing/>
    </w:pPr>
  </w:style>
  <w:style w:type="paragraph" w:styleId="Textindependent">
    <w:name w:val="Body Text"/>
    <w:basedOn w:val="Normal"/>
    <w:link w:val="TextindependentCar"/>
    <w:uiPriority w:val="99"/>
    <w:unhideWhenUsed/>
    <w:rsid w:val="00AA1D8D"/>
    <w:pPr>
      <w:spacing w:after="120"/>
    </w:pPr>
  </w:style>
  <w:style w:type="character" w:customStyle="1" w:styleId="TextindependentCar">
    <w:name w:val="Text independent Car"/>
    <w:basedOn w:val="Lletraperdefectedelpargraf"/>
    <w:link w:val="Textindependent"/>
    <w:uiPriority w:val="99"/>
    <w:rsid w:val="00AA1D8D"/>
  </w:style>
  <w:style w:type="paragraph" w:styleId="Textindependent2">
    <w:name w:val="Body Text 2"/>
    <w:basedOn w:val="Normal"/>
    <w:link w:val="Textindependent2Car"/>
    <w:uiPriority w:val="99"/>
    <w:unhideWhenUsed/>
    <w:rsid w:val="00AA1D8D"/>
    <w:pPr>
      <w:spacing w:after="120" w:line="480" w:lineRule="auto"/>
    </w:pPr>
  </w:style>
  <w:style w:type="character" w:customStyle="1" w:styleId="Textindependent2Car">
    <w:name w:val="Text independent 2 Car"/>
    <w:basedOn w:val="Lletraperdefectedelpargraf"/>
    <w:link w:val="Textindependent2"/>
    <w:uiPriority w:val="99"/>
    <w:rsid w:val="00AA1D8D"/>
  </w:style>
  <w:style w:type="paragraph" w:styleId="Textindependent3">
    <w:name w:val="Body Text 3"/>
    <w:basedOn w:val="Normal"/>
    <w:link w:val="Textindependent3Car"/>
    <w:uiPriority w:val="99"/>
    <w:unhideWhenUsed/>
    <w:rsid w:val="00AA1D8D"/>
    <w:pPr>
      <w:spacing w:after="120"/>
    </w:pPr>
    <w:rPr>
      <w:sz w:val="16"/>
      <w:szCs w:val="16"/>
    </w:rPr>
  </w:style>
  <w:style w:type="character" w:customStyle="1" w:styleId="Textindependent3Car">
    <w:name w:val="Text independent 3 Car"/>
    <w:basedOn w:val="Lletraperdefectedelpargraf"/>
    <w:link w:val="Textindependent3"/>
    <w:uiPriority w:val="99"/>
    <w:rsid w:val="00AA1D8D"/>
    <w:rPr>
      <w:sz w:val="16"/>
      <w:szCs w:val="16"/>
    </w:rPr>
  </w:style>
  <w:style w:type="paragraph" w:styleId="Llista">
    <w:name w:val="List"/>
    <w:basedOn w:val="Normal"/>
    <w:uiPriority w:val="99"/>
    <w:unhideWhenUsed/>
    <w:rsid w:val="00AA1D8D"/>
    <w:pPr>
      <w:ind w:left="360" w:hanging="360"/>
      <w:contextualSpacing/>
    </w:pPr>
  </w:style>
  <w:style w:type="paragraph" w:styleId="Llista2">
    <w:name w:val="List 2"/>
    <w:basedOn w:val="Normal"/>
    <w:uiPriority w:val="99"/>
    <w:unhideWhenUsed/>
    <w:rsid w:val="00326F90"/>
    <w:pPr>
      <w:ind w:left="720" w:hanging="360"/>
      <w:contextualSpacing/>
    </w:pPr>
  </w:style>
  <w:style w:type="paragraph" w:styleId="Llista3">
    <w:name w:val="List 3"/>
    <w:basedOn w:val="Normal"/>
    <w:uiPriority w:val="99"/>
    <w:unhideWhenUsed/>
    <w:rsid w:val="00326F90"/>
    <w:pPr>
      <w:ind w:left="1080" w:hanging="360"/>
      <w:contextualSpacing/>
    </w:pPr>
  </w:style>
  <w:style w:type="paragraph" w:styleId="Llistaambpics">
    <w:name w:val="List Bullet"/>
    <w:basedOn w:val="Normal"/>
    <w:uiPriority w:val="99"/>
    <w:unhideWhenUsed/>
    <w:rsid w:val="00326F90"/>
    <w:pPr>
      <w:numPr>
        <w:numId w:val="1"/>
      </w:numPr>
      <w:contextualSpacing/>
    </w:pPr>
  </w:style>
  <w:style w:type="paragraph" w:styleId="Llistaambpics2">
    <w:name w:val="List Bullet 2"/>
    <w:basedOn w:val="Normal"/>
    <w:uiPriority w:val="99"/>
    <w:unhideWhenUsed/>
    <w:rsid w:val="00326F90"/>
    <w:pPr>
      <w:numPr>
        <w:numId w:val="2"/>
      </w:numPr>
      <w:contextualSpacing/>
    </w:pPr>
  </w:style>
  <w:style w:type="paragraph" w:styleId="Llistaambpics3">
    <w:name w:val="List Bullet 3"/>
    <w:basedOn w:val="Normal"/>
    <w:uiPriority w:val="99"/>
    <w:unhideWhenUsed/>
    <w:rsid w:val="00326F90"/>
    <w:pPr>
      <w:numPr>
        <w:numId w:val="3"/>
      </w:numPr>
      <w:contextualSpacing/>
    </w:pPr>
  </w:style>
  <w:style w:type="paragraph" w:styleId="Llistanumerada">
    <w:name w:val="List Number"/>
    <w:basedOn w:val="Normal"/>
    <w:uiPriority w:val="99"/>
    <w:unhideWhenUsed/>
    <w:rsid w:val="00326F90"/>
    <w:pPr>
      <w:numPr>
        <w:numId w:val="5"/>
      </w:numPr>
      <w:contextualSpacing/>
    </w:pPr>
  </w:style>
  <w:style w:type="paragraph" w:styleId="Llistanumerada2">
    <w:name w:val="List Number 2"/>
    <w:basedOn w:val="Normal"/>
    <w:uiPriority w:val="99"/>
    <w:unhideWhenUsed/>
    <w:rsid w:val="0029639D"/>
    <w:pPr>
      <w:numPr>
        <w:numId w:val="6"/>
      </w:numPr>
      <w:contextualSpacing/>
    </w:pPr>
  </w:style>
  <w:style w:type="paragraph" w:styleId="Llistanumerada3">
    <w:name w:val="List Number 3"/>
    <w:basedOn w:val="Normal"/>
    <w:uiPriority w:val="99"/>
    <w:unhideWhenUsed/>
    <w:rsid w:val="0029639D"/>
    <w:pPr>
      <w:numPr>
        <w:numId w:val="7"/>
      </w:numPr>
      <w:contextualSpacing/>
    </w:pPr>
  </w:style>
  <w:style w:type="paragraph" w:styleId="Continuacidellista">
    <w:name w:val="List Continue"/>
    <w:basedOn w:val="Normal"/>
    <w:uiPriority w:val="99"/>
    <w:unhideWhenUsed/>
    <w:rsid w:val="0029639D"/>
    <w:pPr>
      <w:spacing w:after="120"/>
      <w:ind w:left="360"/>
      <w:contextualSpacing/>
    </w:pPr>
  </w:style>
  <w:style w:type="paragraph" w:styleId="Continuacidellista2">
    <w:name w:val="List Continue 2"/>
    <w:basedOn w:val="Normal"/>
    <w:uiPriority w:val="99"/>
    <w:unhideWhenUsed/>
    <w:rsid w:val="0029639D"/>
    <w:pPr>
      <w:spacing w:after="120"/>
      <w:ind w:left="720"/>
      <w:contextualSpacing/>
    </w:pPr>
  </w:style>
  <w:style w:type="paragraph" w:styleId="Continuacidellista3">
    <w:name w:val="List Continue 3"/>
    <w:basedOn w:val="Normal"/>
    <w:uiPriority w:val="99"/>
    <w:unhideWhenUsed/>
    <w:rsid w:val="0029639D"/>
    <w:pPr>
      <w:spacing w:after="120"/>
      <w:ind w:left="1080"/>
      <w:contextualSpacing/>
    </w:pPr>
  </w:style>
  <w:style w:type="paragraph" w:styleId="Textdemacro">
    <w:name w:val="macro"/>
    <w:link w:val="Text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demacroCar">
    <w:name w:val="Text de macro Car"/>
    <w:basedOn w:val="Lletraperdefectedelpargraf"/>
    <w:link w:val="Textde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Lletraperdefectedelpargraf"/>
    <w:link w:val="Cita"/>
    <w:uiPriority w:val="29"/>
    <w:rsid w:val="00FC693F"/>
    <w:rPr>
      <w:i/>
      <w:iCs/>
      <w:color w:val="000000" w:themeColor="text1"/>
    </w:rPr>
  </w:style>
  <w:style w:type="character" w:customStyle="1" w:styleId="Ttol4Car">
    <w:name w:val="Títol 4 Car"/>
    <w:basedOn w:val="Lletraperdefectedelpargraf"/>
    <w:link w:val="Ttol4"/>
    <w:uiPriority w:val="9"/>
    <w:semiHidden/>
    <w:rsid w:val="00FC693F"/>
    <w:rPr>
      <w:rFonts w:asciiTheme="majorHAnsi" w:eastAsiaTheme="majorEastAsia" w:hAnsiTheme="majorHAnsi" w:cstheme="majorBidi"/>
      <w:b/>
      <w:bCs/>
      <w:i/>
      <w:iCs/>
      <w:color w:val="4F81BD" w:themeColor="accent1"/>
    </w:rPr>
  </w:style>
  <w:style w:type="character" w:customStyle="1" w:styleId="Ttol5Car">
    <w:name w:val="Títol 5 Car"/>
    <w:basedOn w:val="Lletraperdefectedelpargraf"/>
    <w:link w:val="Ttol5"/>
    <w:uiPriority w:val="9"/>
    <w:semiHidden/>
    <w:rsid w:val="00FC693F"/>
    <w:rPr>
      <w:rFonts w:asciiTheme="majorHAnsi" w:eastAsiaTheme="majorEastAsia" w:hAnsiTheme="majorHAnsi" w:cstheme="majorBidi"/>
      <w:color w:val="243F60" w:themeColor="accent1" w:themeShade="7F"/>
    </w:rPr>
  </w:style>
  <w:style w:type="character" w:customStyle="1" w:styleId="Ttol6Car">
    <w:name w:val="Títol 6 Car"/>
    <w:basedOn w:val="Lletraperdefectedelpargraf"/>
    <w:link w:val="Ttol6"/>
    <w:uiPriority w:val="9"/>
    <w:semiHidden/>
    <w:rsid w:val="00FC693F"/>
    <w:rPr>
      <w:rFonts w:asciiTheme="majorHAnsi" w:eastAsiaTheme="majorEastAsia" w:hAnsiTheme="majorHAnsi" w:cstheme="majorBidi"/>
      <w:i/>
      <w:iCs/>
      <w:color w:val="243F60" w:themeColor="accent1" w:themeShade="7F"/>
    </w:rPr>
  </w:style>
  <w:style w:type="character" w:customStyle="1" w:styleId="Ttol7Car">
    <w:name w:val="Títol 7 Car"/>
    <w:basedOn w:val="Lletraperdefectedelpargraf"/>
    <w:link w:val="Ttol7"/>
    <w:uiPriority w:val="9"/>
    <w:semiHidden/>
    <w:rsid w:val="00FC693F"/>
    <w:rPr>
      <w:rFonts w:asciiTheme="majorHAnsi" w:eastAsiaTheme="majorEastAsia" w:hAnsiTheme="majorHAnsi" w:cstheme="majorBidi"/>
      <w:i/>
      <w:iCs/>
      <w:color w:val="404040" w:themeColor="text1" w:themeTint="BF"/>
    </w:rPr>
  </w:style>
  <w:style w:type="character" w:customStyle="1" w:styleId="Ttol8Car">
    <w:name w:val="Títol 8 Car"/>
    <w:basedOn w:val="Lletraperdefectedelpargraf"/>
    <w:link w:val="Ttol8"/>
    <w:uiPriority w:val="9"/>
    <w:semiHidden/>
    <w:rsid w:val="00FC693F"/>
    <w:rPr>
      <w:rFonts w:asciiTheme="majorHAnsi" w:eastAsiaTheme="majorEastAsia" w:hAnsiTheme="majorHAnsi" w:cstheme="majorBidi"/>
      <w:color w:val="4F81BD" w:themeColor="accent1"/>
      <w:sz w:val="20"/>
      <w:szCs w:val="20"/>
    </w:rPr>
  </w:style>
  <w:style w:type="character" w:customStyle="1" w:styleId="Ttol9Car">
    <w:name w:val="Títol 9 Car"/>
    <w:basedOn w:val="Lletraperdefectedelpargraf"/>
    <w:link w:val="Ttol9"/>
    <w:uiPriority w:val="9"/>
    <w:semiHidden/>
    <w:rsid w:val="00FC693F"/>
    <w:rPr>
      <w:rFonts w:asciiTheme="majorHAnsi" w:eastAsiaTheme="majorEastAsia" w:hAnsiTheme="majorHAnsi" w:cstheme="majorBidi"/>
      <w:i/>
      <w:iCs/>
      <w:color w:val="404040" w:themeColor="text1" w:themeTint="BF"/>
      <w:sz w:val="20"/>
      <w:szCs w:val="20"/>
    </w:rPr>
  </w:style>
  <w:style w:type="paragraph" w:styleId="Llegenda">
    <w:name w:val="caption"/>
    <w:basedOn w:val="Normal"/>
    <w:next w:val="Normal"/>
    <w:uiPriority w:val="35"/>
    <w:semiHidden/>
    <w:unhideWhenUsed/>
    <w:qFormat/>
    <w:rsid w:val="00FC693F"/>
    <w:rPr>
      <w:b/>
      <w:bCs/>
      <w:color w:val="4F81BD" w:themeColor="accent1"/>
      <w:sz w:val="18"/>
      <w:szCs w:val="18"/>
    </w:rPr>
  </w:style>
  <w:style w:type="character" w:styleId="Textennegreta">
    <w:name w:val="Strong"/>
    <w:basedOn w:val="Lletraperdefectedelpargraf"/>
    <w:uiPriority w:val="22"/>
    <w:qFormat/>
    <w:rsid w:val="00FC693F"/>
    <w:rPr>
      <w:b/>
      <w:bCs/>
    </w:rPr>
  </w:style>
  <w:style w:type="character" w:styleId="mfasi">
    <w:name w:val="Emphasis"/>
    <w:basedOn w:val="Lletraperdefectedelpargraf"/>
    <w:uiPriority w:val="20"/>
    <w:qFormat/>
    <w:rsid w:val="00FC693F"/>
    <w:rPr>
      <w:i/>
      <w:iCs/>
    </w:rPr>
  </w:style>
  <w:style w:type="paragraph" w:styleId="Citaintensa">
    <w:name w:val="Intense Quote"/>
    <w:basedOn w:val="Normal"/>
    <w:next w:val="Normal"/>
    <w:link w:val="Citaintens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intensaCar">
    <w:name w:val="Cita intensa Car"/>
    <w:basedOn w:val="Lletraperdefectedelpargraf"/>
    <w:link w:val="Citaintensa"/>
    <w:uiPriority w:val="30"/>
    <w:rsid w:val="00FC693F"/>
    <w:rPr>
      <w:b/>
      <w:bCs/>
      <w:i/>
      <w:iCs/>
      <w:color w:val="4F81BD" w:themeColor="accent1"/>
    </w:rPr>
  </w:style>
  <w:style w:type="character" w:styleId="mfasisubtil">
    <w:name w:val="Subtle Emphasis"/>
    <w:basedOn w:val="Lletraperdefectedelpargraf"/>
    <w:uiPriority w:val="19"/>
    <w:qFormat/>
    <w:rsid w:val="00FC693F"/>
    <w:rPr>
      <w:i/>
      <w:iCs/>
      <w:color w:val="808080" w:themeColor="text1" w:themeTint="7F"/>
    </w:rPr>
  </w:style>
  <w:style w:type="character" w:styleId="mfasiintens">
    <w:name w:val="Intense Emphasis"/>
    <w:basedOn w:val="Lletraperdefectedelpargraf"/>
    <w:uiPriority w:val="21"/>
    <w:qFormat/>
    <w:rsid w:val="00FC693F"/>
    <w:rPr>
      <w:b/>
      <w:bCs/>
      <w:i/>
      <w:iCs/>
      <w:color w:val="4F81BD" w:themeColor="accent1"/>
    </w:rPr>
  </w:style>
  <w:style w:type="character" w:styleId="Refernciasubtil">
    <w:name w:val="Subtle Reference"/>
    <w:basedOn w:val="Lletraperdefectedelpargraf"/>
    <w:uiPriority w:val="31"/>
    <w:qFormat/>
    <w:rsid w:val="00FC693F"/>
    <w:rPr>
      <w:smallCaps/>
      <w:color w:val="C0504D" w:themeColor="accent2"/>
      <w:u w:val="single"/>
    </w:rPr>
  </w:style>
  <w:style w:type="character" w:styleId="Refernciaintensa">
    <w:name w:val="Intense Reference"/>
    <w:basedOn w:val="Lletraperdefectedelpargraf"/>
    <w:uiPriority w:val="32"/>
    <w:qFormat/>
    <w:rsid w:val="00FC693F"/>
    <w:rPr>
      <w:b/>
      <w:bCs/>
      <w:smallCaps/>
      <w:color w:val="C0504D" w:themeColor="accent2"/>
      <w:spacing w:val="5"/>
      <w:u w:val="single"/>
    </w:rPr>
  </w:style>
  <w:style w:type="character" w:styleId="Ttoldelllibre">
    <w:name w:val="Book Title"/>
    <w:basedOn w:val="Lletraperdefectedelpargraf"/>
    <w:uiPriority w:val="33"/>
    <w:qFormat/>
    <w:rsid w:val="00FC693F"/>
    <w:rPr>
      <w:b/>
      <w:bCs/>
      <w:smallCaps/>
      <w:spacing w:val="5"/>
    </w:rPr>
  </w:style>
  <w:style w:type="paragraph" w:styleId="TtoldelIDC">
    <w:name w:val="TOC Heading"/>
    <w:basedOn w:val="Ttol1"/>
    <w:next w:val="Normal"/>
    <w:uiPriority w:val="39"/>
    <w:semiHidden/>
    <w:unhideWhenUsed/>
    <w:qFormat/>
    <w:rsid w:val="00FC693F"/>
    <w:pPr>
      <w:outlineLvl w:val="9"/>
    </w:pPr>
  </w:style>
  <w:style w:type="table" w:styleId="Taulaambquadrcula">
    <w:name w:val="Table Grid"/>
    <w:basedOn w:val="Tau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ejatsuau">
    <w:name w:val="Light Shading"/>
    <w:basedOn w:val="Tau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Ombrejatsuaumfasi1">
    <w:name w:val="Light Shading Accent 1"/>
    <w:basedOn w:val="Tau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Ombrejatsuaumfasi2">
    <w:name w:val="Light Shading Accent 2"/>
    <w:basedOn w:val="Tau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Ombrejatsuaumfasi3">
    <w:name w:val="Light Shading Accent 3"/>
    <w:basedOn w:val="Tau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Ombrejatsuaumfasi4">
    <w:name w:val="Light Shading Accent 4"/>
    <w:basedOn w:val="Tau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Ombrejatsuaumfasi5">
    <w:name w:val="Light Shading Accent 5"/>
    <w:basedOn w:val="Tau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Ombrejatsuaumfasi6">
    <w:name w:val="Light Shading Accent 6"/>
    <w:basedOn w:val="Tau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listaclara">
    <w:name w:val="Light List"/>
    <w:basedOn w:val="Tau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listaclaramfasi1">
    <w:name w:val="Light List Accent 1"/>
    <w:basedOn w:val="Tau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listaclaramfasi2">
    <w:name w:val="Light List Accent 2"/>
    <w:basedOn w:val="Tau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mfasi3">
    <w:name w:val="Light List Accent 3"/>
    <w:basedOn w:val="Tau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listaclaramfasi4">
    <w:name w:val="Light List Accent 4"/>
    <w:basedOn w:val="Tau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listaclaramfasi5">
    <w:name w:val="Light List Accent 5"/>
    <w:basedOn w:val="Tau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listaclaramfasi6">
    <w:name w:val="Light List Accent 6"/>
    <w:basedOn w:val="Tau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Quadrculaclara">
    <w:name w:val="Light Grid"/>
    <w:basedOn w:val="Tau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Quadrculaclaramfasi1">
    <w:name w:val="Light Grid Accent 1"/>
    <w:basedOn w:val="Tau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Quadrculaclaramfasi2">
    <w:name w:val="Light Grid Accent 2"/>
    <w:basedOn w:val="Tau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Quadrculaclaramfasi3">
    <w:name w:val="Light Grid Accent 3"/>
    <w:basedOn w:val="Tau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Quadrculaclaramfasi4">
    <w:name w:val="Light Grid Accent 4"/>
    <w:basedOn w:val="Tau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Quadrculaclaramfasi5">
    <w:name w:val="Light Grid Accent 5"/>
    <w:basedOn w:val="Tau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Quadrculaclaramfasi6">
    <w:name w:val="Light Grid Accent 6"/>
    <w:basedOn w:val="Tau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mbrejatmitj1">
    <w:name w:val="Medium Shading 1"/>
    <w:basedOn w:val="Tau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mbrejatmitj1mfasi1">
    <w:name w:val="Medium Shading 1 Accent 1"/>
    <w:basedOn w:val="Tau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mbrejatmitj1mfasi2">
    <w:name w:val="Medium Shading 1 Accent 2"/>
    <w:basedOn w:val="Tau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mbrejatmitj1mfasi3">
    <w:name w:val="Medium Shading 1 Accent 3"/>
    <w:basedOn w:val="Tau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mbrejatmitj1mfasi4">
    <w:name w:val="Medium Shading 1 Accent 4"/>
    <w:basedOn w:val="Tau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mbrejatmitj1mfasi5">
    <w:name w:val="Medium Shading 1 Accent 5"/>
    <w:basedOn w:val="Tau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mbrejatmitj1mfasi6">
    <w:name w:val="Medium Shading 1 Accent 6"/>
    <w:basedOn w:val="Tau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mbrejatmitj2">
    <w:name w:val="Medium Shading 2"/>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1">
    <w:name w:val="Medium Shading 2 Accent 1"/>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2">
    <w:name w:val="Medium Shading 2 Accent 2"/>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3">
    <w:name w:val="Medium Shading 2 Accent 3"/>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4">
    <w:name w:val="Medium Shading 2 Accent 4"/>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5">
    <w:name w:val="Medium Shading 2 Accent 5"/>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listamitjana1">
    <w:name w:val="Medium List 1"/>
    <w:basedOn w:val="Tau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listamitjana1mfasi1">
    <w:name w:val="Medium List 1 Accent 1"/>
    <w:basedOn w:val="Tau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listamitjana1mfasi2">
    <w:name w:val="Medium List 1 Accent 2"/>
    <w:basedOn w:val="Tau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1mfasi3">
    <w:name w:val="Medium List 1 Accent 3"/>
    <w:basedOn w:val="Tau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listamitjana1mfasi4">
    <w:name w:val="Medium List 1 Accent 4"/>
    <w:basedOn w:val="Tau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listamitjana1mfasi5">
    <w:name w:val="Medium List 1 Accent 5"/>
    <w:basedOn w:val="Tau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listamitjana1mfasi6">
    <w:name w:val="Medium List 1 Accent 6"/>
    <w:basedOn w:val="Tau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listamitjana2">
    <w:name w:val="Medium List 2"/>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1">
    <w:name w:val="Medium List 2 Accent 1"/>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2">
    <w:name w:val="Medium List 2 Accent 2"/>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3">
    <w:name w:val="Medium List 2 Accent 3"/>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4">
    <w:name w:val="Medium List 2 Accent 4"/>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5">
    <w:name w:val="Medium List 2 Accent 5"/>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6">
    <w:name w:val="Medium List 2 Accent 6"/>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1">
    <w:name w:val="Medium Grid 1"/>
    <w:basedOn w:val="Tau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Quadrculamitjana1mfasi1">
    <w:name w:val="Medium Grid 1 Accent 1"/>
    <w:basedOn w:val="Tau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Quadrculamitjana1mfasi2">
    <w:name w:val="Medium Grid 1 Accent 2"/>
    <w:basedOn w:val="Tau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Quadrculamitjana1mfasi3">
    <w:name w:val="Medium Grid 1 Accent 3"/>
    <w:basedOn w:val="Tau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Quadrculamitjana1mfasi4">
    <w:name w:val="Medium Grid 1 Accent 4"/>
    <w:basedOn w:val="Tau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Quadrculamitjana1mfasi5">
    <w:name w:val="Medium Grid 1 Accent 5"/>
    <w:basedOn w:val="Tau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Quadrculamitjana1mfasi6">
    <w:name w:val="Medium Grid 1 Accent 6"/>
    <w:basedOn w:val="Tau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Quadrculamitjana2">
    <w:name w:val="Medium Grid 2"/>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Quadrculamitjana2mfasi1">
    <w:name w:val="Medium Grid 2 Accent 1"/>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Quadrculamitjana2mfasi2">
    <w:name w:val="Medium Grid 2 Accent 2"/>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Quadrculamitjana2mfasi3">
    <w:name w:val="Medium Grid 2 Accent 3"/>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Quadrculamitjana2mfasi4">
    <w:name w:val="Medium Grid 2 Accent 4"/>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Quadrculamitjana2mfasi5">
    <w:name w:val="Medium Grid 2 Accent 5"/>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Quadrculamitjana2mfasi6">
    <w:name w:val="Medium Grid 2 Accent 6"/>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Quadrculamitjana3">
    <w:name w:val="Medium Grid 3"/>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Quadrculamitjana3mfasi1">
    <w:name w:val="Medium Grid 3 Accent 1"/>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Quadrculamitjana3mfasi2">
    <w:name w:val="Medium Grid 3 Accent 2"/>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Quadrculamitjana3mfasi3">
    <w:name w:val="Medium Grid 3 Accent 3"/>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Quadrculamitjana3mfasi4">
    <w:name w:val="Medium Grid 3 Accent 4"/>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Quadrculamitjana3mfasi5">
    <w:name w:val="Medium Grid 3 Accent 5"/>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Quadrculamitjana3mfasi6">
    <w:name w:val="Medium Grid 3 Accent 6"/>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listafosca">
    <w:name w:val="Dark List"/>
    <w:basedOn w:val="Tau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listafoscamfasi1">
    <w:name w:val="Dark List Accent 1"/>
    <w:basedOn w:val="Tau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listafoscamfasi2">
    <w:name w:val="Dark List Accent 2"/>
    <w:basedOn w:val="Tau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listafoscamfasi3">
    <w:name w:val="Dark List Accent 3"/>
    <w:basedOn w:val="Tau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listafoscamfasi4">
    <w:name w:val="Dark List Accent 4"/>
    <w:basedOn w:val="Tau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listafoscamfasi5">
    <w:name w:val="Dark List Accent 5"/>
    <w:basedOn w:val="Tau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listafoscamfasi6">
    <w:name w:val="Dark List Accent 6"/>
    <w:basedOn w:val="Tau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mbrejatmulticolor">
    <w:name w:val="Colorful Shading"/>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mbrejatmulticolormfasi1">
    <w:name w:val="Colorful Shading Accent 1"/>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mbrejatmulticolormfasi2">
    <w:name w:val="Colorful Shading Accent 2"/>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mbrejatmulticolormfasi3">
    <w:name w:val="Colorful Shading Accent 3"/>
    <w:basedOn w:val="Tau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mbrejatmulticolormfasi4">
    <w:name w:val="Colorful Shading Accent 4"/>
    <w:basedOn w:val="Tau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mbrejatmulticolormfasi5">
    <w:name w:val="Colorful Shading Accent 5"/>
    <w:basedOn w:val="Tau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mbrejatmulticolormfasi6">
    <w:name w:val="Colorful Shading Accent 6"/>
    <w:basedOn w:val="Tau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listamulticolor">
    <w:name w:val="Colorful List"/>
    <w:basedOn w:val="Tau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listamulticolormfasi1">
    <w:name w:val="Colorful List Accent 1"/>
    <w:basedOn w:val="Tau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mfasi2">
    <w:name w:val="Colorful List Accent 2"/>
    <w:basedOn w:val="Tau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3">
    <w:name w:val="Colorful List Accent 3"/>
    <w:basedOn w:val="Tau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listamulticolormfasi4">
    <w:name w:val="Colorful List Accent 4"/>
    <w:basedOn w:val="Tau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listamulticolormfasi5">
    <w:name w:val="Colorful List Accent 5"/>
    <w:basedOn w:val="Tau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listamulticolormfasi6">
    <w:name w:val="Colorful List Accent 6"/>
    <w:basedOn w:val="Tau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Quadrculamulticolor">
    <w:name w:val="Colorful Grid"/>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Quadrculamulticolormfasi1">
    <w:name w:val="Colorful Grid Accent 1"/>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Quadrculamulticolormfasi2">
    <w:name w:val="Colorful Grid Accent 2"/>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Quadrculamulticolormfasi3">
    <w:name w:val="Colorful Grid Accent 3"/>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Quadrculamulticolormfasi4">
    <w:name w:val="Colorful Grid Accent 4"/>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Quadrculamulticolormfasi5">
    <w:name w:val="Colorful Grid Accent 5"/>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Quadrculamulticolormfasi6">
    <w:name w:val="Colorful Grid Accent 6"/>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EAA9DDE-0849-4371-B3E2-7A4F2E060881}"/>
</file>

<file path=customXml/itemProps3.xml><?xml version="1.0" encoding="utf-8"?>
<ds:datastoreItem xmlns:ds="http://schemas.openxmlformats.org/officeDocument/2006/customXml" ds:itemID="{09215C98-304E-4713-AF49-A6CE2CF58802}"/>
</file>

<file path=customXml/itemProps4.xml><?xml version="1.0" encoding="utf-8"?>
<ds:datastoreItem xmlns:ds="http://schemas.openxmlformats.org/officeDocument/2006/customXml" ds:itemID="{B800B719-D0A8-4B7B-ADED-0BDC525F51E0}"/>
</file>

<file path=docProps/app.xml><?xml version="1.0" encoding="utf-8"?>
<Properties xmlns="http://schemas.openxmlformats.org/officeDocument/2006/extended-properties" xmlns:vt="http://schemas.openxmlformats.org/officeDocument/2006/docPropsVTypes">
  <Template>Normal</Template>
  <TotalTime>3</TotalTime>
  <Pages>4</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final de justificació PoC UAB 2026</dc:title>
  <dc:subject>Formulari intern de justificació final</dc:subject>
  <dc:creator>Universitat Autònoma de Barcelona</dc:creator>
  <cp:keywords/>
  <dc:description>generated by python-docx</dc:description>
  <cp:lastModifiedBy>puig nuria</cp:lastModifiedBy>
  <cp:revision>2</cp:revision>
  <dcterms:created xsi:type="dcterms:W3CDTF">2026-07-28T09:03:00Z</dcterms:created>
  <dcterms:modified xsi:type="dcterms:W3CDTF">2026-07-28T09:03:00Z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ies>
</file>