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B07FC" w14:textId="77777777" w:rsidR="00FB7D0E" w:rsidRPr="00A161A1" w:rsidRDefault="007E2D79">
      <w:pPr>
        <w:spacing w:after="40"/>
        <w:jc w:val="center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006633"/>
          <w:sz w:val="35"/>
          <w:lang w:val="ca-ES"/>
        </w:rPr>
        <w:t>INFORME FINAL DE JUSTIFICACIÓ</w:t>
      </w:r>
    </w:p>
    <w:p w14:paraId="62DE369F" w14:textId="1726CD78" w:rsidR="00FB7D0E" w:rsidRPr="00A161A1" w:rsidRDefault="007E2D79">
      <w:pPr>
        <w:spacing w:after="140"/>
        <w:jc w:val="center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000000"/>
          <w:sz w:val="22"/>
          <w:lang w:val="ca-ES"/>
        </w:rPr>
        <w:t xml:space="preserve">Convocatòria </w:t>
      </w:r>
      <w:proofErr w:type="spellStart"/>
      <w:r w:rsidRPr="00A161A1">
        <w:rPr>
          <w:rFonts w:asciiTheme="majorHAnsi" w:hAnsiTheme="majorHAnsi" w:cstheme="majorHAnsi"/>
          <w:b/>
          <w:color w:val="000000"/>
          <w:sz w:val="22"/>
          <w:lang w:val="ca-ES"/>
        </w:rPr>
        <w:t>PoC</w:t>
      </w:r>
      <w:proofErr w:type="spellEnd"/>
      <w:r w:rsidRPr="00A161A1">
        <w:rPr>
          <w:rFonts w:asciiTheme="majorHAnsi" w:hAnsiTheme="majorHAnsi" w:cstheme="majorHAnsi"/>
          <w:b/>
          <w:color w:val="000000"/>
          <w:sz w:val="22"/>
          <w:lang w:val="ca-ES"/>
        </w:rPr>
        <w:t xml:space="preserve"> UAB 2026</w:t>
      </w:r>
      <w:r w:rsidR="00A161A1">
        <w:rPr>
          <w:rFonts w:asciiTheme="majorHAnsi" w:hAnsiTheme="majorHAnsi" w:cstheme="majorHAnsi"/>
          <w:b/>
          <w:color w:val="000000"/>
          <w:sz w:val="22"/>
          <w:lang w:val="ca-ES"/>
        </w:rPr>
        <w:t xml:space="preserve"> – Línia ciències experimentals i tecnològiques</w:t>
      </w: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10148"/>
      </w:tblGrid>
      <w:tr w:rsidR="00FB7D0E" w:rsidRPr="00A161A1" w14:paraId="6332F0D4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AF4EC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1E25712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8"/>
                <w:lang w:val="ca-ES"/>
              </w:rPr>
              <w:t>Presentació:</w:t>
            </w:r>
            <w:r w:rsidRPr="00A161A1">
              <w:rPr>
                <w:rFonts w:asciiTheme="majorHAnsi" w:hAnsiTheme="majorHAnsi" w:cstheme="majorHAnsi"/>
                <w:color w:val="000000"/>
                <w:sz w:val="18"/>
                <w:lang w:val="ca-ES"/>
              </w:rPr>
              <w:t xml:space="preserve"> l'IP ha de presentar aquest informe dins dels dos mesos següents a la finalització de l'ajut. Cal informar de manera sintètica sobre l'execució tècnica, els resultats, l'evolució del projecte i l'ús dels fons. Extensió orientativa: 5 pàgines, sense comptar annexos. Adjunteu només les evidències necessàries per verificar els resultats o les incidències indicades.</w:t>
            </w:r>
          </w:p>
        </w:tc>
      </w:tr>
    </w:tbl>
    <w:p w14:paraId="344DE410" w14:textId="77777777" w:rsidR="00FB7D0E" w:rsidRPr="00A161A1" w:rsidRDefault="00FB7D0E">
      <w:pPr>
        <w:spacing w:line="80" w:lineRule="exact"/>
        <w:rPr>
          <w:rFonts w:asciiTheme="majorHAnsi" w:hAnsiTheme="majorHAnsi" w:cstheme="majorHAnsi"/>
          <w:lang w:val="ca-ES"/>
        </w:rPr>
      </w:pPr>
    </w:p>
    <w:p w14:paraId="2B330BA3" w14:textId="77777777" w:rsidR="00FB7D0E" w:rsidRPr="00A161A1" w:rsidRDefault="007E2D79">
      <w:pPr>
        <w:keepNext/>
        <w:pBdr>
          <w:top w:val="single" w:sz="5" w:space="0" w:color="8FB1CC"/>
          <w:left w:val="single" w:sz="5" w:space="0" w:color="8FB1CC"/>
          <w:bottom w:val="single" w:sz="5" w:space="0" w:color="8FB1CC"/>
          <w:right w:val="single" w:sz="5" w:space="0" w:color="8FB1CC"/>
        </w:pBdr>
        <w:shd w:val="clear" w:color="auto" w:fill="D9EAF7"/>
        <w:spacing w:before="100" w:after="120"/>
        <w:ind w:left="120" w:right="12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18364F"/>
          <w:sz w:val="22"/>
          <w:lang w:val="ca-ES"/>
        </w:rPr>
        <w:t>1. IDENTIFICACIÓ DEL PROJECTE</w:t>
      </w: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5074"/>
        <w:gridCol w:w="5074"/>
      </w:tblGrid>
      <w:tr w:rsidR="00FB7D0E" w:rsidRPr="00A161A1" w14:paraId="3B46902B" w14:textId="77777777">
        <w:trPr>
          <w:cantSplit/>
          <w:jc w:val="center"/>
        </w:trPr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0522D2D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8"/>
                <w:lang w:val="ca-ES"/>
              </w:rPr>
              <w:t xml:space="preserve">Referència de l’ajut: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B9C03B2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8"/>
                <w:lang w:val="ca-ES"/>
              </w:rPr>
              <w:t xml:space="preserve">Data de l’informe: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</w:tr>
      <w:tr w:rsidR="00FB7D0E" w:rsidRPr="00A161A1" w14:paraId="3BDE5307" w14:textId="77777777">
        <w:trPr>
          <w:cantSplit/>
          <w:jc w:val="center"/>
        </w:trPr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D15868F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8"/>
                <w:lang w:val="ca-ES"/>
              </w:rPr>
              <w:t xml:space="preserve">Títol del projecte: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DD7D39F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8"/>
                <w:lang w:val="ca-ES"/>
              </w:rPr>
              <w:t xml:space="preserve">Acrònim: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</w:tr>
      <w:tr w:rsidR="00FB7D0E" w:rsidRPr="00A161A1" w14:paraId="61489E59" w14:textId="77777777">
        <w:trPr>
          <w:cantSplit/>
          <w:jc w:val="center"/>
        </w:trPr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B240C55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8"/>
                <w:lang w:val="ca-ES"/>
              </w:rPr>
              <w:t xml:space="preserve">Investigador/a principal: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0F9FC16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8"/>
                <w:lang w:val="ca-ES"/>
              </w:rPr>
              <w:t xml:space="preserve">Departament o centre: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</w:tr>
      <w:tr w:rsidR="00FB7D0E" w:rsidRPr="00A161A1" w14:paraId="3C94A80B" w14:textId="77777777">
        <w:trPr>
          <w:cantSplit/>
          <w:jc w:val="center"/>
        </w:trPr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9EFABAD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8"/>
                <w:lang w:val="ca-ES"/>
              </w:rPr>
              <w:t xml:space="preserve">Període d’execució aprovat: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A99E28A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8"/>
                <w:lang w:val="ca-ES"/>
              </w:rPr>
              <w:t xml:space="preserve">Període d’execució real: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</w:tr>
      <w:tr w:rsidR="00FB7D0E" w:rsidRPr="00A161A1" w14:paraId="5AFF4DE3" w14:textId="77777777">
        <w:trPr>
          <w:cantSplit/>
          <w:jc w:val="center"/>
        </w:trPr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DFF74A8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8"/>
                <w:lang w:val="ca-ES"/>
              </w:rPr>
              <w:t xml:space="preserve">Import concedit (€):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C2B0F86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8"/>
                <w:lang w:val="ca-ES"/>
              </w:rPr>
              <w:t xml:space="preserve">Codi comptable / MCRE (si escau):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</w:tr>
    </w:tbl>
    <w:p w14:paraId="0F5BDEE0" w14:textId="77777777" w:rsidR="00FB7D0E" w:rsidRPr="00A161A1" w:rsidRDefault="00FB7D0E">
      <w:pPr>
        <w:spacing w:line="80" w:lineRule="exact"/>
        <w:rPr>
          <w:rFonts w:asciiTheme="majorHAnsi" w:hAnsiTheme="majorHAnsi" w:cstheme="majorHAnsi"/>
          <w:lang w:val="ca-ES"/>
        </w:rPr>
      </w:pPr>
    </w:p>
    <w:p w14:paraId="5281EFF2" w14:textId="77777777" w:rsidR="00FB7D0E" w:rsidRPr="00A161A1" w:rsidRDefault="007E2D79">
      <w:pPr>
        <w:spacing w:after="8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color w:val="000000"/>
          <w:sz w:val="18"/>
          <w:lang w:val="ca-ES"/>
        </w:rPr>
        <w:t xml:space="preserve">Modalitat: </w:t>
      </w:r>
      <w:r w:rsidRPr="00A161A1">
        <w:rPr>
          <w:rFonts w:ascii="Segoe UI Symbol" w:hAnsi="Segoe UI Symbol" w:cs="Segoe UI Symbol"/>
          <w:color w:val="000000"/>
          <w:sz w:val="18"/>
          <w:lang w:val="ca-ES"/>
        </w:rPr>
        <w:t>☐</w:t>
      </w:r>
      <w:r w:rsidRPr="00A161A1">
        <w:rPr>
          <w:rFonts w:asciiTheme="majorHAnsi" w:hAnsiTheme="majorHAnsi" w:cstheme="majorHAnsi"/>
          <w:color w:val="000000"/>
          <w:sz w:val="18"/>
          <w:lang w:val="ca-ES"/>
        </w:rPr>
        <w:t xml:space="preserve"> Oberta    </w:t>
      </w:r>
      <w:r w:rsidRPr="00A161A1">
        <w:rPr>
          <w:rFonts w:ascii="Segoe UI Symbol" w:hAnsi="Segoe UI Symbol" w:cs="Segoe UI Symbol"/>
          <w:color w:val="000000"/>
          <w:sz w:val="18"/>
          <w:lang w:val="ca-ES"/>
        </w:rPr>
        <w:t>☐</w:t>
      </w:r>
      <w:r w:rsidRPr="00A161A1">
        <w:rPr>
          <w:rFonts w:asciiTheme="majorHAnsi" w:hAnsiTheme="majorHAnsi" w:cstheme="majorHAnsi"/>
          <w:color w:val="000000"/>
          <w:sz w:val="18"/>
          <w:lang w:val="ca-ES"/>
        </w:rPr>
        <w:t xml:space="preserve"> L</w:t>
      </w:r>
      <w:r w:rsidRPr="00A161A1">
        <w:rPr>
          <w:rFonts w:ascii="Calibri" w:hAnsi="Calibri" w:cs="Calibri"/>
          <w:color w:val="000000"/>
          <w:sz w:val="18"/>
          <w:lang w:val="ca-ES"/>
        </w:rPr>
        <w:t>í</w:t>
      </w:r>
      <w:r w:rsidRPr="00A161A1">
        <w:rPr>
          <w:rFonts w:asciiTheme="majorHAnsi" w:hAnsiTheme="majorHAnsi" w:cstheme="majorHAnsi"/>
          <w:color w:val="000000"/>
          <w:sz w:val="18"/>
          <w:lang w:val="ca-ES"/>
        </w:rPr>
        <w:t>nia estrat</w:t>
      </w:r>
      <w:r w:rsidRPr="00A161A1">
        <w:rPr>
          <w:rFonts w:ascii="Calibri" w:hAnsi="Calibri" w:cs="Calibri"/>
          <w:color w:val="000000"/>
          <w:sz w:val="18"/>
          <w:lang w:val="ca-ES"/>
        </w:rPr>
        <w:t>è</w:t>
      </w:r>
      <w:r w:rsidRPr="00A161A1">
        <w:rPr>
          <w:rFonts w:asciiTheme="majorHAnsi" w:hAnsiTheme="majorHAnsi" w:cstheme="majorHAnsi"/>
          <w:color w:val="000000"/>
          <w:sz w:val="18"/>
          <w:lang w:val="ca-ES"/>
        </w:rPr>
        <w:t>gica (indiqueu l</w:t>
      </w:r>
      <w:r w:rsidRPr="00A161A1">
        <w:rPr>
          <w:rFonts w:ascii="Calibri" w:hAnsi="Calibri" w:cs="Calibri"/>
          <w:color w:val="000000"/>
          <w:sz w:val="18"/>
          <w:lang w:val="ca-ES"/>
        </w:rPr>
        <w:t>í</w:t>
      </w:r>
      <w:r w:rsidRPr="00A161A1">
        <w:rPr>
          <w:rFonts w:asciiTheme="majorHAnsi" w:hAnsiTheme="majorHAnsi" w:cstheme="majorHAnsi"/>
          <w:color w:val="000000"/>
          <w:sz w:val="18"/>
          <w:lang w:val="ca-ES"/>
        </w:rPr>
        <w:t xml:space="preserve">nia i </w:t>
      </w:r>
      <w:proofErr w:type="spellStart"/>
      <w:r w:rsidRPr="00A161A1">
        <w:rPr>
          <w:rFonts w:asciiTheme="majorHAnsi" w:hAnsiTheme="majorHAnsi" w:cstheme="majorHAnsi"/>
          <w:color w:val="000000"/>
          <w:sz w:val="18"/>
          <w:lang w:val="ca-ES"/>
        </w:rPr>
        <w:t>sub</w:t>
      </w:r>
      <w:r w:rsidRPr="00A161A1">
        <w:rPr>
          <w:rFonts w:ascii="Calibri" w:hAnsi="Calibri" w:cs="Calibri"/>
          <w:color w:val="000000"/>
          <w:sz w:val="18"/>
          <w:lang w:val="ca-ES"/>
        </w:rPr>
        <w:t>à</w:t>
      </w:r>
      <w:r w:rsidRPr="00A161A1">
        <w:rPr>
          <w:rFonts w:asciiTheme="majorHAnsi" w:hAnsiTheme="majorHAnsi" w:cstheme="majorHAnsi"/>
          <w:color w:val="000000"/>
          <w:sz w:val="18"/>
          <w:lang w:val="ca-ES"/>
        </w:rPr>
        <w:t>mbit</w:t>
      </w:r>
      <w:proofErr w:type="spellEnd"/>
      <w:r w:rsidRPr="00A161A1">
        <w:rPr>
          <w:rFonts w:asciiTheme="majorHAnsi" w:hAnsiTheme="majorHAnsi" w:cstheme="majorHAnsi"/>
          <w:color w:val="000000"/>
          <w:sz w:val="18"/>
          <w:lang w:val="ca-ES"/>
        </w:rPr>
        <w:t xml:space="preserve">): </w:t>
      </w:r>
      <w:r w:rsidRPr="00A161A1">
        <w:rPr>
          <w:rFonts w:asciiTheme="majorHAnsi" w:hAnsiTheme="majorHAnsi" w:cstheme="majorHAnsi"/>
          <w:i/>
          <w:color w:val="666666"/>
          <w:sz w:val="18"/>
          <w:lang w:val="ca-ES"/>
        </w:rPr>
        <w:t>[Escriviu aquí]</w:t>
      </w:r>
    </w:p>
    <w:p w14:paraId="5DDEF612" w14:textId="77777777" w:rsidR="00FB7D0E" w:rsidRPr="00A161A1" w:rsidRDefault="007E2D79">
      <w:pPr>
        <w:keepNext/>
        <w:pBdr>
          <w:top w:val="single" w:sz="5" w:space="0" w:color="8FB1CC"/>
          <w:left w:val="single" w:sz="5" w:space="0" w:color="8FB1CC"/>
          <w:bottom w:val="single" w:sz="5" w:space="0" w:color="8FB1CC"/>
          <w:right w:val="single" w:sz="5" w:space="0" w:color="8FB1CC"/>
        </w:pBdr>
        <w:shd w:val="clear" w:color="auto" w:fill="D9EAF7"/>
        <w:spacing w:before="100" w:after="120"/>
        <w:ind w:left="120" w:right="12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18364F"/>
          <w:sz w:val="22"/>
          <w:lang w:val="ca-ES"/>
        </w:rPr>
        <w:t>2. RESUM FINAL DEL PROJECTE</w:t>
      </w: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10148"/>
      </w:tblGrid>
      <w:tr w:rsidR="00FB7D0E" w:rsidRPr="00A161A1" w14:paraId="1C246FA6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D93049A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20"/>
                <w:lang w:val="ca-ES"/>
              </w:rPr>
              <w:t>Resum final</w:t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>Sintetitzeu el propòsit del projecte, les actuacions realitzades, els resultats principals, el grau d'assoliment i el pas següent.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 xml:space="preserve">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(màxim 300 paraules)</w:t>
            </w:r>
          </w:p>
        </w:tc>
      </w:tr>
      <w:tr w:rsidR="00FB7D0E" w:rsidRPr="00A161A1" w14:paraId="5D703E76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CDBF5C4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</w:p>
        </w:tc>
      </w:tr>
    </w:tbl>
    <w:p w14:paraId="3619220A" w14:textId="77777777" w:rsidR="00FB7D0E" w:rsidRPr="00A161A1" w:rsidRDefault="00FB7D0E">
      <w:pPr>
        <w:spacing w:line="100" w:lineRule="exact"/>
        <w:rPr>
          <w:rFonts w:asciiTheme="majorHAnsi" w:hAnsiTheme="majorHAnsi" w:cstheme="majorHAnsi"/>
          <w:lang w:val="ca-ES"/>
        </w:rPr>
      </w:pPr>
    </w:p>
    <w:p w14:paraId="7D3BA60E" w14:textId="77777777" w:rsidR="00FB7D0E" w:rsidRPr="00A161A1" w:rsidRDefault="007E2D79">
      <w:pPr>
        <w:keepNext/>
        <w:pBdr>
          <w:top w:val="single" w:sz="5" w:space="0" w:color="8FB1CC"/>
          <w:left w:val="single" w:sz="5" w:space="0" w:color="8FB1CC"/>
          <w:bottom w:val="single" w:sz="5" w:space="0" w:color="8FB1CC"/>
          <w:right w:val="single" w:sz="5" w:space="0" w:color="8FB1CC"/>
        </w:pBdr>
        <w:shd w:val="clear" w:color="auto" w:fill="D9EAF7"/>
        <w:spacing w:before="100" w:after="120"/>
        <w:ind w:left="120" w:right="12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18364F"/>
          <w:sz w:val="22"/>
          <w:lang w:val="ca-ES"/>
        </w:rPr>
        <w:t>3. EXECUCIÓ TÈCNICA I EVOLUCIÓ DEL PROJECTE</w:t>
      </w:r>
    </w:p>
    <w:p w14:paraId="745E71C6" w14:textId="77777777" w:rsidR="00FB7D0E" w:rsidRPr="00A161A1" w:rsidRDefault="007E2D79">
      <w:pPr>
        <w:keepNext/>
        <w:spacing w:before="60" w:after="8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000000"/>
          <w:sz w:val="20"/>
          <w:lang w:val="ca-ES"/>
        </w:rPr>
        <w:t>3.1. Objectius, fites i resultats.</w:t>
      </w:r>
      <w:r w:rsidRPr="00A161A1">
        <w:rPr>
          <w:rFonts w:asciiTheme="majorHAnsi" w:hAnsiTheme="majorHAnsi" w:cstheme="majorHAnsi"/>
          <w:color w:val="666666"/>
          <w:sz w:val="18"/>
          <w:lang w:val="ca-ES"/>
        </w:rPr>
        <w:t xml:space="preserve"> Completeu una fila per a cada objectiu o fita principal del pla aprovat. </w:t>
      </w:r>
      <w:r w:rsidRPr="00A161A1">
        <w:rPr>
          <w:rFonts w:asciiTheme="majorHAnsi" w:hAnsiTheme="majorHAnsi" w:cstheme="majorHAnsi"/>
          <w:color w:val="666666"/>
          <w:sz w:val="18"/>
          <w:lang w:val="ca-ES"/>
        </w:rPr>
        <w:t>No cal reproduir totes les tasques menors.</w:t>
      </w: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2012"/>
        <w:gridCol w:w="2012"/>
        <w:gridCol w:w="2013"/>
        <w:gridCol w:w="2013"/>
        <w:gridCol w:w="2098"/>
      </w:tblGrid>
      <w:tr w:rsidR="00FB7D0E" w:rsidRPr="00A161A1" w14:paraId="7CC96E5E" w14:textId="77777777">
        <w:trPr>
          <w:cantSplit/>
          <w:tblHeader/>
          <w:jc w:val="center"/>
        </w:trPr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63FC186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Objectiu o fita prevista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6F0109D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 xml:space="preserve">Resultat o </w:t>
            </w:r>
            <w:proofErr w:type="spellStart"/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lliurable</w:t>
            </w:r>
            <w:proofErr w:type="spellEnd"/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 xml:space="preserve"> obtingut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2BA3632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Indicador o llindar previst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CBDE9DE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Grau d’assoliment</w:t>
            </w:r>
          </w:p>
        </w:tc>
        <w:tc>
          <w:tcPr>
            <w:tcW w:w="209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CC1AAFD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Evidència o annex</w:t>
            </w:r>
          </w:p>
        </w:tc>
      </w:tr>
      <w:tr w:rsidR="00FB7D0E" w:rsidRPr="00A161A1" w14:paraId="20E7767E" w14:textId="77777777">
        <w:trPr>
          <w:cantSplit/>
          <w:jc w:val="center"/>
        </w:trPr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69C10C5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C3C42E3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EDED8D3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6311919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Assolit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br/>
            </w: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Parcial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br/>
            </w: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No assolit</w:t>
            </w:r>
          </w:p>
        </w:tc>
        <w:tc>
          <w:tcPr>
            <w:tcW w:w="209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49CDD6D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4660270A" w14:textId="77777777">
        <w:trPr>
          <w:cantSplit/>
          <w:jc w:val="center"/>
        </w:trPr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AB975B8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7E60BA7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F59F083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86CD28B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Assolit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br/>
            </w: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Parcial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br/>
            </w: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No assolit</w:t>
            </w:r>
          </w:p>
        </w:tc>
        <w:tc>
          <w:tcPr>
            <w:tcW w:w="209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1D5E933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055A5B68" w14:textId="77777777">
        <w:trPr>
          <w:cantSplit/>
          <w:jc w:val="center"/>
        </w:trPr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1C6787B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608FC52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1C4B687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29AF942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Assolit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br/>
            </w: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Parcial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br/>
            </w: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No assolit</w:t>
            </w:r>
          </w:p>
        </w:tc>
        <w:tc>
          <w:tcPr>
            <w:tcW w:w="209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E595D3A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5F8D5389" w14:textId="77777777">
        <w:trPr>
          <w:cantSplit/>
          <w:jc w:val="center"/>
        </w:trPr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6715661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50BD0E1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1593B80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01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74C8FC4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Assolit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br/>
            </w: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Parcial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br/>
            </w: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No assolit</w:t>
            </w:r>
          </w:p>
        </w:tc>
        <w:tc>
          <w:tcPr>
            <w:tcW w:w="209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F342C1F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</w:tbl>
    <w:p w14:paraId="4BCAAA67" w14:textId="77777777" w:rsidR="00FB7D0E" w:rsidRPr="00A161A1" w:rsidRDefault="00FB7D0E">
      <w:pPr>
        <w:spacing w:line="80" w:lineRule="exact"/>
        <w:rPr>
          <w:rFonts w:asciiTheme="majorHAnsi" w:hAnsiTheme="majorHAnsi" w:cstheme="majorHAnsi"/>
          <w:lang w:val="ca-ES"/>
        </w:rPr>
      </w:pPr>
    </w:p>
    <w:p w14:paraId="38F80005" w14:textId="77777777" w:rsidR="00FB7D0E" w:rsidRPr="00A161A1" w:rsidRDefault="007E2D79">
      <w:pPr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lang w:val="ca-ES"/>
        </w:rPr>
        <w:br w:type="page"/>
      </w: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10148"/>
      </w:tblGrid>
      <w:tr w:rsidR="00FB7D0E" w:rsidRPr="00A161A1" w14:paraId="43E11218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D25880D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20"/>
                <w:lang w:val="ca-ES"/>
              </w:rPr>
              <w:lastRenderedPageBreak/>
              <w:t>3.2. Desviacions, incidències i mesures correctives</w:t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>Expliqueu únicament les desviacions rellevants respecte del pla aprovat (terminis, tasques, equip, resultats o pressupost), la causa, les mesures adoptades i l'impacte. Identifiqueu l'autorització quan correspongui. Si no n'hi ha, indiqueu-ho.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 xml:space="preserve">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(màxim 400 paraules)</w:t>
            </w:r>
          </w:p>
        </w:tc>
      </w:tr>
      <w:tr w:rsidR="00FB7D0E" w:rsidRPr="00A161A1" w14:paraId="465EDC3B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C80057A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</w:p>
        </w:tc>
      </w:tr>
    </w:tbl>
    <w:p w14:paraId="4033A524" w14:textId="77777777" w:rsidR="00FB7D0E" w:rsidRPr="00A161A1" w:rsidRDefault="00FB7D0E">
      <w:pPr>
        <w:spacing w:line="100" w:lineRule="exact"/>
        <w:rPr>
          <w:rFonts w:asciiTheme="majorHAnsi" w:hAnsiTheme="majorHAnsi" w:cstheme="majorHAnsi"/>
          <w:lang w:val="ca-ES"/>
        </w:rPr>
      </w:pPr>
    </w:p>
    <w:p w14:paraId="18532A86" w14:textId="77777777" w:rsidR="00FB7D0E" w:rsidRPr="00A161A1" w:rsidRDefault="007E2D79">
      <w:pPr>
        <w:keepNext/>
        <w:spacing w:before="60" w:after="8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000000"/>
          <w:sz w:val="20"/>
          <w:lang w:val="ca-ES"/>
        </w:rPr>
        <w:t>3.3. Evolució del nivell de maduresa i criteris de decisió</w:t>
      </w: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2522"/>
        <w:gridCol w:w="2523"/>
        <w:gridCol w:w="2523"/>
        <w:gridCol w:w="2580"/>
      </w:tblGrid>
      <w:tr w:rsidR="00FB7D0E" w:rsidRPr="00A161A1" w14:paraId="5987144C" w14:textId="77777777">
        <w:trPr>
          <w:cantSplit/>
          <w:tblHeader/>
          <w:jc w:val="center"/>
        </w:trPr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993255B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TRL de partida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D0CE342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TRL final assolit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2773497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Evidència que justifica el TRL final</w:t>
            </w:r>
          </w:p>
        </w:tc>
        <w:tc>
          <w:tcPr>
            <w:tcW w:w="258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22967FD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 xml:space="preserve">Decisió segons els criteris </w:t>
            </w:r>
            <w:proofErr w:type="spellStart"/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go</w:t>
            </w:r>
            <w:proofErr w:type="spellEnd"/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/no-</w:t>
            </w:r>
            <w:proofErr w:type="spellStart"/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go</w:t>
            </w:r>
            <w:proofErr w:type="spellEnd"/>
          </w:p>
        </w:tc>
      </w:tr>
      <w:tr w:rsidR="00FB7D0E" w:rsidRPr="00A161A1" w14:paraId="37550649" w14:textId="77777777">
        <w:trPr>
          <w:cantSplit/>
          <w:jc w:val="center"/>
        </w:trPr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E229B13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666666"/>
                <w:sz w:val="16"/>
                <w:lang w:val="ca-ES"/>
              </w:rPr>
              <w:t>TRL [ ]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0A3FE39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666666"/>
                <w:sz w:val="16"/>
                <w:lang w:val="ca-ES"/>
              </w:rPr>
              <w:t>TRL [ ]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E5C8DC6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58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FB7C032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Continuar  </w:t>
            </w: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Pivotar  </w:t>
            </w: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 xml:space="preserve"> Aturar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br/>
              <w:t>Justificaci</w:t>
            </w:r>
            <w:r w:rsidRPr="00A161A1">
              <w:rPr>
                <w:rFonts w:ascii="Calibri" w:hAnsi="Calibri" w:cs="Calibri"/>
                <w:color w:val="000000"/>
                <w:sz w:val="16"/>
                <w:lang w:val="ca-ES"/>
              </w:rPr>
              <w:t>ó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: [Escriviu aqu</w:t>
            </w:r>
            <w:r w:rsidRPr="00A161A1">
              <w:rPr>
                <w:rFonts w:ascii="Calibri" w:hAnsi="Calibri" w:cs="Calibri"/>
                <w:color w:val="000000"/>
                <w:sz w:val="16"/>
                <w:lang w:val="ca-ES"/>
              </w:rPr>
              <w:t>í</w:t>
            </w: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]</w:t>
            </w:r>
          </w:p>
        </w:tc>
      </w:tr>
    </w:tbl>
    <w:p w14:paraId="53DEDE9F" w14:textId="77777777" w:rsidR="00FB7D0E" w:rsidRPr="00A161A1" w:rsidRDefault="00FB7D0E">
      <w:pPr>
        <w:spacing w:line="80" w:lineRule="exact"/>
        <w:rPr>
          <w:rFonts w:asciiTheme="majorHAnsi" w:hAnsiTheme="majorHAnsi" w:cstheme="majorHAnsi"/>
          <w:lang w:val="ca-ES"/>
        </w:rPr>
      </w:pPr>
    </w:p>
    <w:p w14:paraId="280F4F7B" w14:textId="77777777" w:rsidR="00FB7D0E" w:rsidRPr="00A161A1" w:rsidRDefault="007E2D79">
      <w:pPr>
        <w:keepNext/>
        <w:pBdr>
          <w:top w:val="single" w:sz="5" w:space="0" w:color="8FB1CC"/>
          <w:left w:val="single" w:sz="5" w:space="0" w:color="8FB1CC"/>
          <w:bottom w:val="single" w:sz="5" w:space="0" w:color="8FB1CC"/>
          <w:right w:val="single" w:sz="5" w:space="0" w:color="8FB1CC"/>
        </w:pBdr>
        <w:shd w:val="clear" w:color="auto" w:fill="D9EAF7"/>
        <w:spacing w:before="100" w:after="120"/>
        <w:ind w:left="120" w:right="12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18364F"/>
          <w:sz w:val="22"/>
          <w:lang w:val="ca-ES"/>
        </w:rPr>
        <w:t>4. RESULTATS, VALIDACIÓ I TRANSFERÈNCIA</w:t>
      </w: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10148"/>
      </w:tblGrid>
      <w:tr w:rsidR="00FB7D0E" w:rsidRPr="00A161A1" w14:paraId="4B5B22CD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E68F3BA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20"/>
                <w:lang w:val="ca-ES"/>
              </w:rPr>
              <w:t>4.1. Resultats tècnics i actius generats</w:t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>Descriviu els resultats principals (prototip, demostrador, dades, programari, metodologia, protocol, model, material, informe o altra evidència) i indiqueu on es troben o com es poden verificar.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 xml:space="preserve">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(màxim 350 paraules)</w:t>
            </w:r>
          </w:p>
        </w:tc>
      </w:tr>
      <w:tr w:rsidR="00FB7D0E" w:rsidRPr="00A161A1" w14:paraId="4331FFDF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252F29C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</w:tr>
    </w:tbl>
    <w:p w14:paraId="7031E680" w14:textId="77777777" w:rsidR="00FB7D0E" w:rsidRPr="00A161A1" w:rsidRDefault="00FB7D0E">
      <w:pPr>
        <w:spacing w:line="100" w:lineRule="exact"/>
        <w:rPr>
          <w:rFonts w:asciiTheme="majorHAnsi" w:hAnsiTheme="majorHAnsi" w:cstheme="majorHAnsi"/>
          <w:lang w:val="ca-ES"/>
        </w:rPr>
      </w:pP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10148"/>
      </w:tblGrid>
      <w:tr w:rsidR="00FB7D0E" w:rsidRPr="00A161A1" w14:paraId="45548F61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564C133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20"/>
                <w:lang w:val="ca-ES"/>
              </w:rPr>
              <w:t>4.2. Validació amb usuaris, empreses o altres actors</w:t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>Resumiu les proves, pilots, entrevistes, cartes d'interès, contactes o altres evidències obtingudes. Indiqueu què s'ha après sobre ús, adopció, compra, requisits o barreres.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 xml:space="preserve">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(màxim 300 paraules)</w:t>
            </w:r>
          </w:p>
        </w:tc>
      </w:tr>
      <w:tr w:rsidR="00FB7D0E" w:rsidRPr="00A161A1" w14:paraId="1116C12D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80D4B83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</w:tr>
    </w:tbl>
    <w:p w14:paraId="30FD93FF" w14:textId="77777777" w:rsidR="00FB7D0E" w:rsidRPr="00A161A1" w:rsidRDefault="00FB7D0E">
      <w:pPr>
        <w:spacing w:line="100" w:lineRule="exact"/>
        <w:rPr>
          <w:rFonts w:asciiTheme="majorHAnsi" w:hAnsiTheme="majorHAnsi" w:cstheme="majorHAnsi"/>
          <w:lang w:val="ca-ES"/>
        </w:rPr>
      </w:pP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10148"/>
      </w:tblGrid>
      <w:tr w:rsidR="00FB7D0E" w:rsidRPr="00A161A1" w14:paraId="66C301FF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B235D67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20"/>
                <w:lang w:val="ca-ES"/>
              </w:rPr>
              <w:t>4.3. Propietat intel·lectual i actius transferibles</w:t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 xml:space="preserve">Indiqueu els actius nous o modificats, la titularitat, les divulgacions produïdes, les actuacions de protecció, els drets de tercers i qualsevol canvi que afecti la seva transferència. </w:t>
            </w:r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>Si no hi ha canvis, indiqueu-ho.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 xml:space="preserve"> (màxim 250 paraules)</w:t>
            </w:r>
          </w:p>
        </w:tc>
      </w:tr>
      <w:tr w:rsidR="00FB7D0E" w:rsidRPr="00A161A1" w14:paraId="7906DA6B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2307BB6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</w:tr>
    </w:tbl>
    <w:p w14:paraId="16F62AE4" w14:textId="77777777" w:rsidR="00FB7D0E" w:rsidRPr="00A161A1" w:rsidRDefault="00FB7D0E">
      <w:pPr>
        <w:spacing w:line="100" w:lineRule="exact"/>
        <w:rPr>
          <w:rFonts w:asciiTheme="majorHAnsi" w:hAnsiTheme="majorHAnsi" w:cstheme="majorHAnsi"/>
          <w:lang w:val="ca-ES"/>
        </w:rPr>
      </w:pP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10148"/>
      </w:tblGrid>
      <w:tr w:rsidR="00FB7D0E" w:rsidRPr="00A161A1" w14:paraId="0D8C7D48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CD83595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20"/>
                <w:lang w:val="ca-ES"/>
              </w:rPr>
              <w:t>4.4. Ruta de transferència i impacte</w:t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 xml:space="preserve">Compareu l'impacte previst amb l'evidència obtinguda i indiqueu la ruta prioritària després de la </w:t>
            </w:r>
            <w:proofErr w:type="spellStart"/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>PoC</w:t>
            </w:r>
            <w:proofErr w:type="spellEnd"/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 xml:space="preserve"> (llicència, creació d'empresa, pilot, contracte, política pública, estàndard o altra), l'actor que ha de fer el pas següent i les barreres pendents.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 xml:space="preserve">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(màxim 300 paraules)</w:t>
            </w:r>
          </w:p>
        </w:tc>
      </w:tr>
      <w:tr w:rsidR="00FB7D0E" w:rsidRPr="00A161A1" w14:paraId="109B8674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1AEF936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</w:tr>
    </w:tbl>
    <w:p w14:paraId="3981D0F4" w14:textId="77777777" w:rsidR="00FB7D0E" w:rsidRPr="00A161A1" w:rsidRDefault="00FB7D0E">
      <w:pPr>
        <w:spacing w:line="100" w:lineRule="exact"/>
        <w:rPr>
          <w:rFonts w:asciiTheme="majorHAnsi" w:hAnsiTheme="majorHAnsi" w:cstheme="majorHAnsi"/>
          <w:lang w:val="ca-ES"/>
        </w:rPr>
      </w:pPr>
    </w:p>
    <w:p w14:paraId="4439FF0D" w14:textId="77777777" w:rsidR="00FB7D0E" w:rsidRPr="00A161A1" w:rsidRDefault="007E2D79">
      <w:pPr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lang w:val="ca-ES"/>
        </w:rPr>
        <w:br w:type="page"/>
      </w:r>
    </w:p>
    <w:p w14:paraId="7FFA6A77" w14:textId="77777777" w:rsidR="00FB7D0E" w:rsidRPr="00A161A1" w:rsidRDefault="007E2D79">
      <w:pPr>
        <w:keepNext/>
        <w:spacing w:before="60" w:after="8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000000"/>
          <w:sz w:val="20"/>
          <w:lang w:val="ca-ES"/>
        </w:rPr>
        <w:lastRenderedPageBreak/>
        <w:t>4.5. Properes actuacions prioritàries</w:t>
      </w: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2579"/>
        <w:gridCol w:w="2523"/>
        <w:gridCol w:w="2523"/>
        <w:gridCol w:w="2523"/>
      </w:tblGrid>
      <w:tr w:rsidR="00FB7D0E" w:rsidRPr="00A161A1" w14:paraId="717797D3" w14:textId="77777777">
        <w:trPr>
          <w:cantSplit/>
          <w:tblHeader/>
          <w:jc w:val="center"/>
        </w:trPr>
        <w:tc>
          <w:tcPr>
            <w:tcW w:w="258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4D341C7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Actuació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78F5485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Responsable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0AA5B5D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Termini orientatiu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27FF21A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Recursos o suport necessaris</w:t>
            </w:r>
          </w:p>
        </w:tc>
      </w:tr>
      <w:tr w:rsidR="00FB7D0E" w:rsidRPr="00A161A1" w14:paraId="004CB4AB" w14:textId="77777777">
        <w:trPr>
          <w:cantSplit/>
          <w:jc w:val="center"/>
        </w:trPr>
        <w:tc>
          <w:tcPr>
            <w:tcW w:w="258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4086554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123FBBE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C7D72A6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3A44735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01A68AED" w14:textId="77777777">
        <w:trPr>
          <w:cantSplit/>
          <w:jc w:val="center"/>
        </w:trPr>
        <w:tc>
          <w:tcPr>
            <w:tcW w:w="258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9BBB3B4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0E9C0FB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29D350F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  <w:tc>
          <w:tcPr>
            <w:tcW w:w="252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4093E44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</w:tbl>
    <w:p w14:paraId="6D2C5FDD" w14:textId="77777777" w:rsidR="00FB7D0E" w:rsidRPr="00A161A1" w:rsidRDefault="00FB7D0E">
      <w:pPr>
        <w:spacing w:line="100" w:lineRule="exact"/>
        <w:rPr>
          <w:rFonts w:asciiTheme="majorHAnsi" w:hAnsiTheme="majorHAnsi" w:cstheme="majorHAnsi"/>
          <w:lang w:val="ca-ES"/>
        </w:rPr>
      </w:pPr>
    </w:p>
    <w:p w14:paraId="5A66A336" w14:textId="77777777" w:rsidR="00FB7D0E" w:rsidRPr="00A161A1" w:rsidRDefault="007E2D79">
      <w:pPr>
        <w:keepNext/>
        <w:pBdr>
          <w:top w:val="single" w:sz="5" w:space="0" w:color="8FB1CC"/>
          <w:left w:val="single" w:sz="5" w:space="0" w:color="8FB1CC"/>
          <w:bottom w:val="single" w:sz="5" w:space="0" w:color="8FB1CC"/>
          <w:right w:val="single" w:sz="5" w:space="0" w:color="8FB1CC"/>
        </w:pBdr>
        <w:shd w:val="clear" w:color="auto" w:fill="D9EAF7"/>
        <w:spacing w:before="100" w:after="120"/>
        <w:ind w:left="120" w:right="12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18364F"/>
          <w:sz w:val="22"/>
          <w:lang w:val="ca-ES"/>
        </w:rPr>
        <w:t>5. INDICADORS I DOCUMENTS GENERATS</w:t>
      </w:r>
    </w:p>
    <w:p w14:paraId="2E9032A6" w14:textId="77777777" w:rsidR="00FB7D0E" w:rsidRPr="00A161A1" w:rsidRDefault="007E2D79">
      <w:pPr>
        <w:spacing w:after="8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color w:val="666666"/>
          <w:sz w:val="18"/>
          <w:lang w:val="ca-ES"/>
        </w:rPr>
        <w:t>Indiqueu només els resultats derivats directament de l'ajut. Podeu agrupar-los i remetre a un annex o enllaç intern.</w:t>
      </w: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1191"/>
        <w:gridCol w:w="5555"/>
      </w:tblGrid>
      <w:tr w:rsidR="00FB7D0E" w:rsidRPr="00A161A1" w14:paraId="6AE1B345" w14:textId="77777777">
        <w:trPr>
          <w:cantSplit/>
          <w:tblHeader/>
          <w:jc w:val="center"/>
        </w:trPr>
        <w:tc>
          <w:tcPr>
            <w:tcW w:w="340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CF3D096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Tipus de resultat o actuació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095F2DE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Nombre</w:t>
            </w:r>
          </w:p>
        </w:tc>
        <w:tc>
          <w:tcPr>
            <w:tcW w:w="555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3930989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Identificació breu, ubicació o annex</w:t>
            </w:r>
          </w:p>
        </w:tc>
      </w:tr>
      <w:tr w:rsidR="00FB7D0E" w:rsidRPr="00A161A1" w14:paraId="3C8D8F41" w14:textId="77777777">
        <w:trPr>
          <w:cantSplit/>
          <w:jc w:val="center"/>
        </w:trPr>
        <w:tc>
          <w:tcPr>
            <w:tcW w:w="340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FA74A7C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Prototips, demostradors o validacions tècniques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FE170F4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[ ]</w:t>
            </w:r>
          </w:p>
        </w:tc>
        <w:tc>
          <w:tcPr>
            <w:tcW w:w="555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6B72EDD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3A33BACC" w14:textId="77777777">
        <w:trPr>
          <w:cantSplit/>
          <w:jc w:val="center"/>
        </w:trPr>
        <w:tc>
          <w:tcPr>
            <w:tcW w:w="340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DBD8895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Dades, programari, protocols, models, materials o informes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B2D790D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[ ]</w:t>
            </w:r>
          </w:p>
        </w:tc>
        <w:tc>
          <w:tcPr>
            <w:tcW w:w="555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A898EAF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41B151B7" w14:textId="77777777">
        <w:trPr>
          <w:cantSplit/>
          <w:jc w:val="center"/>
        </w:trPr>
        <w:tc>
          <w:tcPr>
            <w:tcW w:w="340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D91FB2C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Actuacions de protecció o gestió de propietat intel·lectual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45DC9BD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[ ]</w:t>
            </w:r>
          </w:p>
        </w:tc>
        <w:tc>
          <w:tcPr>
            <w:tcW w:w="555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D1109C9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37EA4418" w14:textId="77777777">
        <w:trPr>
          <w:cantSplit/>
          <w:jc w:val="center"/>
        </w:trPr>
        <w:tc>
          <w:tcPr>
            <w:tcW w:w="340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A98B052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Proves amb usuaris, pilots o accions de validació de mercat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EB127A2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[ ]</w:t>
            </w:r>
          </w:p>
        </w:tc>
        <w:tc>
          <w:tcPr>
            <w:tcW w:w="555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D4A56A1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285A2C49" w14:textId="77777777">
        <w:trPr>
          <w:cantSplit/>
          <w:jc w:val="center"/>
        </w:trPr>
        <w:tc>
          <w:tcPr>
            <w:tcW w:w="340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1430BE2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Cartes d’interès, NDA, acords, contractes o negociacions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42BBBA9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[ ]</w:t>
            </w:r>
          </w:p>
        </w:tc>
        <w:tc>
          <w:tcPr>
            <w:tcW w:w="555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CCB2513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70ACD6E1" w14:textId="77777777">
        <w:trPr>
          <w:cantSplit/>
          <w:jc w:val="center"/>
        </w:trPr>
        <w:tc>
          <w:tcPr>
            <w:tcW w:w="340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661B2F4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Publicacions, comunicacions o divulgació vinculada al projecte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D1B0A98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[ ]</w:t>
            </w:r>
          </w:p>
        </w:tc>
        <w:tc>
          <w:tcPr>
            <w:tcW w:w="555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172156D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</w:tbl>
    <w:p w14:paraId="31BC5F3D" w14:textId="77777777" w:rsidR="00FB7D0E" w:rsidRPr="00A161A1" w:rsidRDefault="00FB7D0E">
      <w:pPr>
        <w:spacing w:line="100" w:lineRule="exact"/>
        <w:rPr>
          <w:rFonts w:asciiTheme="majorHAnsi" w:hAnsiTheme="majorHAnsi" w:cstheme="majorHAnsi"/>
          <w:lang w:val="ca-ES"/>
        </w:rPr>
      </w:pPr>
    </w:p>
    <w:p w14:paraId="229E7769" w14:textId="77777777" w:rsidR="00FB7D0E" w:rsidRPr="00A161A1" w:rsidRDefault="007E2D79">
      <w:pPr>
        <w:keepNext/>
        <w:pBdr>
          <w:top w:val="single" w:sz="5" w:space="0" w:color="8FB1CC"/>
          <w:left w:val="single" w:sz="5" w:space="0" w:color="8FB1CC"/>
          <w:bottom w:val="single" w:sz="5" w:space="0" w:color="8FB1CC"/>
          <w:right w:val="single" w:sz="5" w:space="0" w:color="8FB1CC"/>
        </w:pBdr>
        <w:shd w:val="clear" w:color="auto" w:fill="D9EAF7"/>
        <w:spacing w:before="100" w:after="120"/>
        <w:ind w:left="120" w:right="12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18364F"/>
          <w:sz w:val="22"/>
          <w:lang w:val="ca-ES"/>
        </w:rPr>
        <w:t>6. COMPLIMENT, DADES I AUTORITZACIONS</w:t>
      </w:r>
    </w:p>
    <w:p w14:paraId="3457BF3A" w14:textId="77777777" w:rsidR="00FB7D0E" w:rsidRPr="00A161A1" w:rsidRDefault="007E2D79">
      <w:pPr>
        <w:spacing w:after="8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color w:val="666666"/>
          <w:sz w:val="18"/>
          <w:lang w:val="ca-ES"/>
        </w:rPr>
        <w:t>Marqueu l'opció aplicable i indiqueu la referència de l'autorització, certificat, registre o pla. Informeu de qualsevol incidència o canvi respecte de la sol·licitud.</w:t>
      </w: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3231"/>
        <w:gridCol w:w="1191"/>
        <w:gridCol w:w="1191"/>
        <w:gridCol w:w="4535"/>
      </w:tblGrid>
      <w:tr w:rsidR="00FB7D0E" w:rsidRPr="00A161A1" w14:paraId="50BD8DA0" w14:textId="77777777">
        <w:trPr>
          <w:cantSplit/>
          <w:tblHeader/>
          <w:jc w:val="center"/>
        </w:trPr>
        <w:tc>
          <w:tcPr>
            <w:tcW w:w="323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54FE3DF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Àmbit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4E5A6A6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No aplica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936F077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Complert</w:t>
            </w:r>
          </w:p>
        </w:tc>
        <w:tc>
          <w:tcPr>
            <w:tcW w:w="453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BB3EDFB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6"/>
                <w:lang w:val="ca-ES"/>
              </w:rPr>
              <w:t>Referència, vigència o observacions</w:t>
            </w:r>
          </w:p>
        </w:tc>
      </w:tr>
      <w:tr w:rsidR="00FB7D0E" w:rsidRPr="00A161A1" w14:paraId="2FEA558E" w14:textId="77777777">
        <w:trPr>
          <w:cantSplit/>
          <w:jc w:val="center"/>
        </w:trPr>
        <w:tc>
          <w:tcPr>
            <w:tcW w:w="323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2EF0BFE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Comitè d’Ètica en la Recerca (animals, mostres o dades humanes)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7ABD315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5CDB53B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453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FAE61CB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513DEF1A" w14:textId="77777777">
        <w:trPr>
          <w:cantSplit/>
          <w:jc w:val="center"/>
        </w:trPr>
        <w:tc>
          <w:tcPr>
            <w:tcW w:w="323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BE0F3E3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proofErr w:type="spellStart"/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Bioseguretat</w:t>
            </w:r>
            <w:proofErr w:type="spellEnd"/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, agents biològics o organismes modificats genèticament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FF93A5D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740AEAA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453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779A865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594B47AB" w14:textId="77777777">
        <w:trPr>
          <w:cantSplit/>
          <w:jc w:val="center"/>
        </w:trPr>
        <w:tc>
          <w:tcPr>
            <w:tcW w:w="323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00A8C11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Recursos genètics i Protocol de Nagoya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FAC36ED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CC3F844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453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5181E33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2AC2CEDD" w14:textId="77777777">
        <w:trPr>
          <w:cantSplit/>
          <w:jc w:val="center"/>
        </w:trPr>
        <w:tc>
          <w:tcPr>
            <w:tcW w:w="323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8094D5A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Caràcter dual, control d’exportacions o altres restriccions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7E9548E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D5DA3C7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453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C60DB1C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37735D69" w14:textId="77777777">
        <w:trPr>
          <w:cantSplit/>
          <w:jc w:val="center"/>
        </w:trPr>
        <w:tc>
          <w:tcPr>
            <w:tcW w:w="323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E86BA59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Protecció de dades personals i pla de gestió de dades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1A79570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51CD0DC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453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D858CB1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  <w:tr w:rsidR="00FB7D0E" w:rsidRPr="00A161A1" w14:paraId="6FA9F429" w14:textId="77777777">
        <w:trPr>
          <w:cantSplit/>
          <w:jc w:val="center"/>
        </w:trPr>
        <w:tc>
          <w:tcPr>
            <w:tcW w:w="323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FD34967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6"/>
                <w:lang w:val="ca-ES"/>
              </w:rPr>
              <w:t>Altres permisos, llicències o autoritzacions necessàries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7B3E077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119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AB70C39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="Segoe UI Symbol" w:hAnsi="Segoe UI Symbol" w:cs="Segoe UI Symbol"/>
                <w:color w:val="000000"/>
                <w:sz w:val="16"/>
                <w:lang w:val="ca-ES"/>
              </w:rPr>
              <w:t>☐</w:t>
            </w:r>
          </w:p>
        </w:tc>
        <w:tc>
          <w:tcPr>
            <w:tcW w:w="453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B5CBC20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6"/>
                <w:lang w:val="ca-ES"/>
              </w:rPr>
              <w:t>[Escriviu aquí]</w:t>
            </w:r>
          </w:p>
        </w:tc>
      </w:tr>
    </w:tbl>
    <w:p w14:paraId="6608AF3F" w14:textId="77777777" w:rsidR="00FB7D0E" w:rsidRPr="00A161A1" w:rsidRDefault="00FB7D0E">
      <w:pPr>
        <w:spacing w:line="80" w:lineRule="exact"/>
        <w:rPr>
          <w:rFonts w:asciiTheme="majorHAnsi" w:hAnsiTheme="majorHAnsi" w:cstheme="majorHAnsi"/>
          <w:lang w:val="ca-ES"/>
        </w:rPr>
      </w:pP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10148"/>
      </w:tblGrid>
      <w:tr w:rsidR="00FB7D0E" w:rsidRPr="00A161A1" w14:paraId="58F9F1F7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637E285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20"/>
                <w:lang w:val="ca-ES"/>
              </w:rPr>
              <w:t>Incidències de compliment o seguretat</w:t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 xml:space="preserve">Indiqueu si s'ha produït alguna incidència rellevant, incompliment, suspensió, canvi d'autorització o risc no previst. </w:t>
            </w:r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>Si no n'hi ha, indiqueu-ho.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 xml:space="preserve"> (màxim 150 paraules)</w:t>
            </w:r>
          </w:p>
        </w:tc>
      </w:tr>
      <w:tr w:rsidR="00FB7D0E" w:rsidRPr="00A161A1" w14:paraId="15E5ACF4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7C46F12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</w:tr>
    </w:tbl>
    <w:p w14:paraId="2728D4F3" w14:textId="77777777" w:rsidR="00FB7D0E" w:rsidRPr="00A161A1" w:rsidRDefault="00FB7D0E">
      <w:pPr>
        <w:spacing w:line="100" w:lineRule="exact"/>
        <w:rPr>
          <w:rFonts w:asciiTheme="majorHAnsi" w:hAnsiTheme="majorHAnsi" w:cstheme="majorHAnsi"/>
          <w:lang w:val="ca-ES"/>
        </w:rPr>
      </w:pPr>
    </w:p>
    <w:p w14:paraId="647E2C9E" w14:textId="77777777" w:rsidR="00FB7D0E" w:rsidRPr="00A161A1" w:rsidRDefault="007E2D79">
      <w:pPr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lang w:val="ca-ES"/>
        </w:rPr>
        <w:br w:type="page"/>
      </w:r>
    </w:p>
    <w:p w14:paraId="57828808" w14:textId="77777777" w:rsidR="00FB7D0E" w:rsidRPr="00A161A1" w:rsidRDefault="007E2D79">
      <w:pPr>
        <w:keepNext/>
        <w:pBdr>
          <w:top w:val="single" w:sz="5" w:space="0" w:color="8FB1CC"/>
          <w:left w:val="single" w:sz="5" w:space="0" w:color="8FB1CC"/>
          <w:bottom w:val="single" w:sz="5" w:space="0" w:color="8FB1CC"/>
          <w:right w:val="single" w:sz="5" w:space="0" w:color="8FB1CC"/>
        </w:pBdr>
        <w:shd w:val="clear" w:color="auto" w:fill="D9EAF7"/>
        <w:spacing w:before="100" w:after="120"/>
        <w:ind w:left="120" w:right="12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18364F"/>
          <w:sz w:val="22"/>
          <w:lang w:val="ca-ES"/>
        </w:rPr>
        <w:lastRenderedPageBreak/>
        <w:t>7. JUSTIFICACIÓ ECONÒMICA RESUMIDA</w:t>
      </w:r>
    </w:p>
    <w:p w14:paraId="45A9848E" w14:textId="77777777" w:rsidR="00FB7D0E" w:rsidRPr="00A161A1" w:rsidRDefault="007E2D79">
      <w:pPr>
        <w:spacing w:after="8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color w:val="666666"/>
          <w:sz w:val="18"/>
          <w:lang w:val="ca-ES"/>
        </w:rPr>
        <w:t>La unitat gestora conservarà el detall comptable i els justificants. En aquest informe només cal indicar la despesa agregada per partida i explicar les desviacions rellevants.</w:t>
      </w:r>
    </w:p>
    <w:tbl>
      <w:tblPr>
        <w:tblW w:w="10602" w:type="dxa"/>
        <w:jc w:val="center"/>
        <w:tblLayout w:type="fixed"/>
        <w:tblLook w:val="04A0" w:firstRow="1" w:lastRow="0" w:firstColumn="1" w:lastColumn="0" w:noHBand="0" w:noVBand="1"/>
      </w:tblPr>
      <w:tblGrid>
        <w:gridCol w:w="1700"/>
        <w:gridCol w:w="1616"/>
        <w:gridCol w:w="1616"/>
        <w:gridCol w:w="1616"/>
        <w:gridCol w:w="1616"/>
        <w:gridCol w:w="2438"/>
      </w:tblGrid>
      <w:tr w:rsidR="00FB7D0E" w:rsidRPr="00A161A1" w14:paraId="0CD60CA2" w14:textId="77777777">
        <w:trPr>
          <w:cantSplit/>
          <w:tblHeader/>
          <w:jc w:val="center"/>
        </w:trPr>
        <w:tc>
          <w:tcPr>
            <w:tcW w:w="170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34F19C6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4"/>
                <w:lang w:val="ca-ES"/>
              </w:rPr>
              <w:t>Partida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C9C80C4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4"/>
                <w:lang w:val="ca-ES"/>
              </w:rPr>
              <w:t>Pressupost aprovat (€)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B04D61C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4"/>
                <w:lang w:val="ca-ES"/>
              </w:rPr>
              <w:t>Modificació autoritzada (€)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396FA7E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4"/>
                <w:lang w:val="ca-ES"/>
              </w:rPr>
              <w:t>Pressupost final (€)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214733D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4"/>
                <w:lang w:val="ca-ES"/>
              </w:rPr>
              <w:t>Despesa executada (€)</w:t>
            </w:r>
          </w:p>
        </w:tc>
        <w:tc>
          <w:tcPr>
            <w:tcW w:w="243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1F4E78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595BF3A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FFFFFF"/>
                <w:sz w:val="14"/>
                <w:lang w:val="ca-ES"/>
              </w:rPr>
              <w:t>Observacions o desviació</w:t>
            </w:r>
          </w:p>
        </w:tc>
      </w:tr>
      <w:tr w:rsidR="00FB7D0E" w:rsidRPr="00A161A1" w14:paraId="40241EED" w14:textId="77777777">
        <w:trPr>
          <w:cantSplit/>
          <w:jc w:val="center"/>
        </w:trPr>
        <w:tc>
          <w:tcPr>
            <w:tcW w:w="170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AAF605F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Personal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510D4DD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1C2C62C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8398669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1E650DF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243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BB955F9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5"/>
                <w:lang w:val="ca-ES"/>
              </w:rPr>
              <w:t>[Escriviu aquí]</w:t>
            </w:r>
          </w:p>
        </w:tc>
      </w:tr>
      <w:tr w:rsidR="00FB7D0E" w:rsidRPr="00A161A1" w14:paraId="3810FC4D" w14:textId="77777777">
        <w:trPr>
          <w:cantSplit/>
          <w:jc w:val="center"/>
        </w:trPr>
        <w:tc>
          <w:tcPr>
            <w:tcW w:w="170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4C35279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Contractació de serveis i treballs externs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43FC6C6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DB95319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9B5D69F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FF78B5F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243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6AA8DDB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5"/>
                <w:lang w:val="ca-ES"/>
              </w:rPr>
              <w:t>[Escriviu aquí]</w:t>
            </w:r>
          </w:p>
        </w:tc>
      </w:tr>
      <w:tr w:rsidR="00FB7D0E" w:rsidRPr="00A161A1" w14:paraId="3B56DE3E" w14:textId="77777777">
        <w:trPr>
          <w:cantSplit/>
          <w:jc w:val="center"/>
        </w:trPr>
        <w:tc>
          <w:tcPr>
            <w:tcW w:w="170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EABE578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Material fungible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38F2215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51B5246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4302EAE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77BAE98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243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EE5A77B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5"/>
                <w:lang w:val="ca-ES"/>
              </w:rPr>
              <w:t>[Escriviu aquí]</w:t>
            </w:r>
          </w:p>
        </w:tc>
      </w:tr>
      <w:tr w:rsidR="00FB7D0E" w:rsidRPr="00A161A1" w14:paraId="00DA6AFB" w14:textId="77777777">
        <w:trPr>
          <w:cantSplit/>
          <w:jc w:val="center"/>
        </w:trPr>
        <w:tc>
          <w:tcPr>
            <w:tcW w:w="170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E98D215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Equipament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7C03624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3E9B3A2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79D1C4C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15396A1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243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EC6849D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5"/>
                <w:lang w:val="ca-ES"/>
              </w:rPr>
              <w:t>[Escriviu aquí]</w:t>
            </w:r>
          </w:p>
        </w:tc>
      </w:tr>
      <w:tr w:rsidR="00FB7D0E" w:rsidRPr="00A161A1" w14:paraId="113B3F8E" w14:textId="77777777">
        <w:trPr>
          <w:cantSplit/>
          <w:jc w:val="center"/>
        </w:trPr>
        <w:tc>
          <w:tcPr>
            <w:tcW w:w="170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646E0E5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Altres despeses directes (</w:t>
            </w:r>
            <w:proofErr w:type="spellStart"/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incl</w:t>
            </w:r>
            <w:proofErr w:type="spellEnd"/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. SCT UAB)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82E967E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E505B42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BC9B3A3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3FD6B0D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243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C00AEB6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5"/>
                <w:lang w:val="ca-ES"/>
              </w:rPr>
              <w:t>[Escriviu aquí]</w:t>
            </w:r>
          </w:p>
        </w:tc>
      </w:tr>
      <w:tr w:rsidR="00FB7D0E" w:rsidRPr="00A161A1" w14:paraId="22F7F9DC" w14:textId="77777777">
        <w:trPr>
          <w:cantSplit/>
          <w:jc w:val="center"/>
        </w:trPr>
        <w:tc>
          <w:tcPr>
            <w:tcW w:w="170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2E6EA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901F059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5"/>
                <w:lang w:val="ca-ES"/>
              </w:rPr>
              <w:t>TOTAL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2E6EA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A6E3DEE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2E6EA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24AA4C3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2E6EA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49F8364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161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2E6EA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6804FCB" w14:textId="77777777" w:rsidR="00FB7D0E" w:rsidRPr="00A161A1" w:rsidRDefault="007E2D79">
            <w:pPr>
              <w:jc w:val="center"/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color w:val="000000"/>
                <w:sz w:val="15"/>
                <w:lang w:val="ca-ES"/>
              </w:rPr>
              <w:t>[ ]</w:t>
            </w:r>
          </w:p>
        </w:tc>
        <w:tc>
          <w:tcPr>
            <w:tcW w:w="243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2E6EA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38225FC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5"/>
                <w:lang w:val="ca-ES"/>
              </w:rPr>
              <w:t>[Escriviu aquí]</w:t>
            </w:r>
          </w:p>
        </w:tc>
      </w:tr>
    </w:tbl>
    <w:p w14:paraId="1E392113" w14:textId="77777777" w:rsidR="00FB7D0E" w:rsidRPr="00A161A1" w:rsidRDefault="00FB7D0E">
      <w:pPr>
        <w:spacing w:line="80" w:lineRule="exact"/>
        <w:rPr>
          <w:rFonts w:asciiTheme="majorHAnsi" w:hAnsiTheme="majorHAnsi" w:cstheme="majorHAnsi"/>
          <w:lang w:val="ca-ES"/>
        </w:rPr>
      </w:pP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5074"/>
        <w:gridCol w:w="5074"/>
      </w:tblGrid>
      <w:tr w:rsidR="00FB7D0E" w:rsidRPr="00A161A1" w14:paraId="285B5F6B" w14:textId="77777777">
        <w:trPr>
          <w:cantSplit/>
          <w:jc w:val="center"/>
        </w:trPr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0B69991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7"/>
                <w:lang w:val="ca-ES"/>
              </w:rPr>
              <w:t xml:space="preserve">Altres fonts de finançament (€):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[Escriviu aquí]</w:t>
            </w:r>
          </w:p>
        </w:tc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82E03FA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7"/>
                <w:lang w:val="ca-ES"/>
              </w:rPr>
              <w:t xml:space="preserve">Finalitat i compatibilitat: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[Escriviu aquí]</w:t>
            </w:r>
          </w:p>
        </w:tc>
      </w:tr>
      <w:tr w:rsidR="00FB7D0E" w:rsidRPr="00A161A1" w14:paraId="7A72D398" w14:textId="77777777">
        <w:trPr>
          <w:cantSplit/>
          <w:jc w:val="center"/>
        </w:trPr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4685E4B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7"/>
                <w:lang w:val="ca-ES"/>
              </w:rPr>
              <w:t xml:space="preserve">Saldo no executat (€):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[Escriviu aquí]</w:t>
            </w:r>
          </w:p>
        </w:tc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2F63598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7"/>
                <w:lang w:val="ca-ES"/>
              </w:rPr>
              <w:t xml:space="preserve">Tractament del saldo / instrucció de liquidació: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[Escriviu aquí]</w:t>
            </w:r>
          </w:p>
        </w:tc>
      </w:tr>
      <w:tr w:rsidR="00FB7D0E" w:rsidRPr="00A161A1" w14:paraId="04DEC6A2" w14:textId="77777777">
        <w:trPr>
          <w:cantSplit/>
          <w:jc w:val="center"/>
        </w:trPr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22C6415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7"/>
                <w:lang w:val="ca-ES"/>
              </w:rPr>
              <w:t xml:space="preserve">Data de tancament comptable: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[Escriviu aquí]</w:t>
            </w:r>
          </w:p>
        </w:tc>
        <w:tc>
          <w:tcPr>
            <w:tcW w:w="507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C0848D5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7"/>
                <w:lang w:val="ca-ES"/>
              </w:rPr>
              <w:t xml:space="preserve">Unitat gestora: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[Escriviu aquí]</w:t>
            </w:r>
          </w:p>
        </w:tc>
      </w:tr>
    </w:tbl>
    <w:p w14:paraId="7176F19E" w14:textId="77777777" w:rsidR="00FB7D0E" w:rsidRPr="00A161A1" w:rsidRDefault="00FB7D0E">
      <w:pPr>
        <w:spacing w:line="100" w:lineRule="exact"/>
        <w:rPr>
          <w:rFonts w:asciiTheme="majorHAnsi" w:hAnsiTheme="majorHAnsi" w:cstheme="majorHAnsi"/>
          <w:lang w:val="ca-ES"/>
        </w:rPr>
      </w:pP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10148"/>
      </w:tblGrid>
      <w:tr w:rsidR="00FB7D0E" w:rsidRPr="00A161A1" w14:paraId="1A7E456C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B202026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20"/>
                <w:lang w:val="ca-ES"/>
              </w:rPr>
              <w:t>Justificació de les desviacions econòmiques</w:t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  <w:r w:rsidRPr="00A161A1">
              <w:rPr>
                <w:rFonts w:asciiTheme="majorHAnsi" w:hAnsiTheme="majorHAnsi" w:cstheme="majorHAnsi"/>
                <w:color w:val="666666"/>
                <w:sz w:val="18"/>
                <w:lang w:val="ca-ES"/>
              </w:rPr>
              <w:t>Expliqueu només les diferències rellevants respecte del pressupost final autoritzat i la seva relació amb l'execució del projecte.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 xml:space="preserve"> </w:t>
            </w: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(màxim 200 paraules)</w:t>
            </w:r>
          </w:p>
        </w:tc>
      </w:tr>
      <w:tr w:rsidR="00FB7D0E" w:rsidRPr="00A161A1" w14:paraId="40D9CCAF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939FE32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  <w:t>[Escriviu aquí]</w:t>
            </w:r>
          </w:p>
        </w:tc>
      </w:tr>
      <w:tr w:rsidR="00FD3458" w:rsidRPr="00A161A1" w14:paraId="13922F35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397D694" w14:textId="77777777" w:rsidR="00FD3458" w:rsidRPr="00A161A1" w:rsidRDefault="00FD3458" w:rsidP="00FD3458">
            <w:pPr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iCs/>
                <w:color w:val="666666"/>
                <w:sz w:val="18"/>
                <w:lang w:val="ca-ES"/>
              </w:rPr>
              <w:t>S'han d'incloure els principals conceptes de despesa amb el seu import, no el desglossament d'aquestes.</w:t>
            </w:r>
          </w:p>
          <w:p w14:paraId="730FA349" w14:textId="77777777" w:rsidR="00FD3458" w:rsidRPr="00A161A1" w:rsidRDefault="00FD3458" w:rsidP="00FD3458">
            <w:pPr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iCs/>
                <w:color w:val="666666"/>
                <w:sz w:val="18"/>
                <w:lang w:val="ca-ES"/>
              </w:rPr>
              <w:t>En el cas de tenir saldo al projecte un cop finalitzat, s’ha de transferir al codi comptable: GK512324/G113800/D28226 indicant al concepte “LIQUIDACIÓ_REFERÈNCIA AJUT”</w:t>
            </w:r>
          </w:p>
          <w:p w14:paraId="39F82F35" w14:textId="77777777" w:rsidR="00FD3458" w:rsidRPr="00A161A1" w:rsidRDefault="00FD3458" w:rsidP="00FD3458">
            <w:pPr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bCs/>
                <w:i/>
                <w:iCs/>
                <w:color w:val="666666"/>
                <w:sz w:val="18"/>
                <w:lang w:val="ca-ES"/>
              </w:rPr>
              <w:t>Indicar el MCRE (si correspon):</w:t>
            </w:r>
          </w:p>
          <w:p w14:paraId="49E28EEE" w14:textId="77777777" w:rsidR="00FD3458" w:rsidRPr="00A161A1" w:rsidRDefault="00FD3458">
            <w:pPr>
              <w:rPr>
                <w:rFonts w:asciiTheme="majorHAnsi" w:hAnsiTheme="majorHAnsi" w:cstheme="majorHAnsi"/>
                <w:i/>
                <w:color w:val="666666"/>
                <w:sz w:val="18"/>
                <w:lang w:val="ca-ES"/>
              </w:rPr>
            </w:pPr>
          </w:p>
        </w:tc>
      </w:tr>
    </w:tbl>
    <w:p w14:paraId="7E8E2D9D" w14:textId="77777777" w:rsidR="00FB7D0E" w:rsidRPr="00A161A1" w:rsidRDefault="00FB7D0E">
      <w:pPr>
        <w:spacing w:line="100" w:lineRule="exact"/>
        <w:rPr>
          <w:rFonts w:asciiTheme="majorHAnsi" w:hAnsiTheme="majorHAnsi" w:cstheme="majorHAnsi"/>
          <w:lang w:val="ca-ES"/>
        </w:rPr>
      </w:pPr>
    </w:p>
    <w:p w14:paraId="2F78CA49" w14:textId="77777777" w:rsidR="00FB7D0E" w:rsidRPr="00A161A1" w:rsidRDefault="007E2D79">
      <w:pPr>
        <w:keepNext/>
        <w:pBdr>
          <w:top w:val="single" w:sz="5" w:space="0" w:color="8FB1CC"/>
          <w:left w:val="single" w:sz="5" w:space="0" w:color="8FB1CC"/>
          <w:bottom w:val="single" w:sz="5" w:space="0" w:color="8FB1CC"/>
          <w:right w:val="single" w:sz="5" w:space="0" w:color="8FB1CC"/>
        </w:pBdr>
        <w:shd w:val="clear" w:color="auto" w:fill="D9EAF7"/>
        <w:spacing w:before="100" w:after="120"/>
        <w:ind w:left="120" w:right="12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18364F"/>
          <w:sz w:val="22"/>
          <w:lang w:val="ca-ES"/>
        </w:rPr>
        <w:t>8. ANNEXOS I DECLARACIÓ FINAL</w:t>
      </w:r>
    </w:p>
    <w:p w14:paraId="47F51BE0" w14:textId="77777777" w:rsidR="00FB7D0E" w:rsidRPr="00A161A1" w:rsidRDefault="007E2D79">
      <w:pPr>
        <w:spacing w:before="40" w:after="20"/>
        <w:rPr>
          <w:rFonts w:asciiTheme="majorHAnsi" w:hAnsiTheme="majorHAnsi" w:cstheme="majorHAnsi"/>
          <w:lang w:val="ca-ES"/>
        </w:rPr>
      </w:pPr>
      <w:r w:rsidRPr="00A161A1">
        <w:rPr>
          <w:rFonts w:asciiTheme="majorHAnsi" w:hAnsiTheme="majorHAnsi" w:cstheme="majorHAnsi"/>
          <w:b/>
          <w:color w:val="000000"/>
          <w:sz w:val="18"/>
          <w:lang w:val="ca-ES"/>
        </w:rPr>
        <w:t>Annexos que s’adjunten (només si escau):</w:t>
      </w:r>
    </w:p>
    <w:p w14:paraId="213B338C" w14:textId="77777777" w:rsidR="00FB7D0E" w:rsidRPr="00A161A1" w:rsidRDefault="007E2D79">
      <w:pPr>
        <w:spacing w:after="80"/>
        <w:rPr>
          <w:rFonts w:asciiTheme="majorHAnsi" w:hAnsiTheme="majorHAnsi" w:cstheme="majorHAnsi"/>
          <w:lang w:val="ca-ES"/>
        </w:rPr>
      </w:pPr>
      <w:r w:rsidRPr="00A161A1">
        <w:rPr>
          <w:rFonts w:ascii="Segoe UI Symbol" w:hAnsi="Segoe UI Symbol" w:cs="Segoe UI Symbol"/>
          <w:color w:val="000000"/>
          <w:sz w:val="17"/>
          <w:lang w:val="ca-ES"/>
        </w:rPr>
        <w:t>☐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 xml:space="preserve"> Informes tècnics, protocols o resultats de validació    </w:t>
      </w:r>
      <w:r w:rsidRPr="00A161A1">
        <w:rPr>
          <w:rFonts w:ascii="Segoe UI Symbol" w:hAnsi="Segoe UI Symbol" w:cs="Segoe UI Symbol"/>
          <w:color w:val="000000"/>
          <w:sz w:val="17"/>
          <w:lang w:val="ca-ES"/>
        </w:rPr>
        <w:t>☐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 xml:space="preserve"> Evid</w:t>
      </w:r>
      <w:r w:rsidRPr="00A161A1">
        <w:rPr>
          <w:rFonts w:ascii="Calibri" w:hAnsi="Calibri" w:cs="Calibri"/>
          <w:color w:val="000000"/>
          <w:sz w:val="17"/>
          <w:lang w:val="ca-ES"/>
        </w:rPr>
        <w:t>è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>ncies de pilots o validaci</w:t>
      </w:r>
      <w:r w:rsidRPr="00A161A1">
        <w:rPr>
          <w:rFonts w:ascii="Calibri" w:hAnsi="Calibri" w:cs="Calibri"/>
          <w:color w:val="000000"/>
          <w:sz w:val="17"/>
          <w:lang w:val="ca-ES"/>
        </w:rPr>
        <w:t>ó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 xml:space="preserve"> amb actors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br/>
      </w:r>
      <w:r w:rsidRPr="00A161A1">
        <w:rPr>
          <w:rFonts w:ascii="Segoe UI Symbol" w:hAnsi="Segoe UI Symbol" w:cs="Segoe UI Symbol"/>
          <w:color w:val="000000"/>
          <w:sz w:val="17"/>
          <w:lang w:val="ca-ES"/>
        </w:rPr>
        <w:t>☐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 xml:space="preserve"> Documents de propietat intel</w:t>
      </w:r>
      <w:r w:rsidRPr="00A161A1">
        <w:rPr>
          <w:rFonts w:ascii="Calibri" w:hAnsi="Calibri" w:cs="Calibri"/>
          <w:color w:val="000000"/>
          <w:sz w:val="17"/>
          <w:lang w:val="ca-ES"/>
        </w:rPr>
        <w:t>·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>lectual o transfer</w:t>
      </w:r>
      <w:r w:rsidRPr="00A161A1">
        <w:rPr>
          <w:rFonts w:ascii="Calibri" w:hAnsi="Calibri" w:cs="Calibri"/>
          <w:color w:val="000000"/>
          <w:sz w:val="17"/>
          <w:lang w:val="ca-ES"/>
        </w:rPr>
        <w:t>è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 xml:space="preserve">ncia    </w:t>
      </w:r>
      <w:r w:rsidRPr="00A161A1">
        <w:rPr>
          <w:rFonts w:ascii="Segoe UI Symbol" w:hAnsi="Segoe UI Symbol" w:cs="Segoe UI Symbol"/>
          <w:color w:val="000000"/>
          <w:sz w:val="17"/>
          <w:lang w:val="ca-ES"/>
        </w:rPr>
        <w:t>☐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 xml:space="preserve"> Autoritzacions, certificats o permisos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br/>
      </w:r>
      <w:r w:rsidRPr="00A161A1">
        <w:rPr>
          <w:rFonts w:ascii="Segoe UI Symbol" w:hAnsi="Segoe UI Symbol" w:cs="Segoe UI Symbol"/>
          <w:color w:val="000000"/>
          <w:sz w:val="17"/>
          <w:lang w:val="ca-ES"/>
        </w:rPr>
        <w:t>☐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 xml:space="preserve"> Pla de gesti</w:t>
      </w:r>
      <w:r w:rsidRPr="00A161A1">
        <w:rPr>
          <w:rFonts w:ascii="Calibri" w:hAnsi="Calibri" w:cs="Calibri"/>
          <w:color w:val="000000"/>
          <w:sz w:val="17"/>
          <w:lang w:val="ca-ES"/>
        </w:rPr>
        <w:t>ó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 xml:space="preserve"> de dades    </w:t>
      </w:r>
      <w:r w:rsidRPr="00A161A1">
        <w:rPr>
          <w:rFonts w:ascii="Segoe UI Symbol" w:hAnsi="Segoe UI Symbol" w:cs="Segoe UI Symbol"/>
          <w:color w:val="000000"/>
          <w:sz w:val="17"/>
          <w:lang w:val="ca-ES"/>
        </w:rPr>
        <w:t>☐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 xml:space="preserve"> Modificacions autoritzades del projecte o pressupost    </w:t>
      </w:r>
      <w:r w:rsidRPr="00A161A1">
        <w:rPr>
          <w:rFonts w:ascii="Segoe UI Symbol" w:hAnsi="Segoe UI Symbol" w:cs="Segoe UI Symbol"/>
          <w:color w:val="000000"/>
          <w:sz w:val="17"/>
          <w:lang w:val="ca-ES"/>
        </w:rPr>
        <w:t>☐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 xml:space="preserve"> Altres: [Escriviu aqu</w:t>
      </w:r>
      <w:r w:rsidRPr="00A161A1">
        <w:rPr>
          <w:rFonts w:ascii="Calibri" w:hAnsi="Calibri" w:cs="Calibri"/>
          <w:color w:val="000000"/>
          <w:sz w:val="17"/>
          <w:lang w:val="ca-ES"/>
        </w:rPr>
        <w:t>í</w:t>
      </w:r>
      <w:r w:rsidRPr="00A161A1">
        <w:rPr>
          <w:rFonts w:asciiTheme="majorHAnsi" w:hAnsiTheme="majorHAnsi" w:cstheme="majorHAnsi"/>
          <w:color w:val="000000"/>
          <w:sz w:val="17"/>
          <w:lang w:val="ca-ES"/>
        </w:rPr>
        <w:t>]</w:t>
      </w: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10148"/>
      </w:tblGrid>
      <w:tr w:rsidR="00FB7D0E" w:rsidRPr="00A161A1" w14:paraId="52DE0CCA" w14:textId="77777777">
        <w:trPr>
          <w:cantSplit/>
          <w:jc w:val="center"/>
        </w:trPr>
        <w:tc>
          <w:tcPr>
            <w:tcW w:w="1014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7354D29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lang w:val="ca-ES"/>
              </w:rPr>
              <w:t>Declaració de l’investigador/a principal</w:t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  <w:r w:rsidRPr="00A161A1">
              <w:rPr>
                <w:rFonts w:asciiTheme="majorHAnsi" w:hAnsiTheme="majorHAnsi" w:cstheme="majorHAnsi"/>
                <w:color w:val="000000"/>
                <w:sz w:val="17"/>
                <w:lang w:val="ca-ES"/>
              </w:rPr>
              <w:t xml:space="preserve">Declaro que la informació d'aquest informe és veraç i que els fons s'han destinat a activitats directament relacionades amb el pla de treball aprovat, dins del període d'execució i d'acord amb les modificacions autoritzades. Declaro també que no hi ha doble finançament del mateix cost, que s'han respectat les limitacions de personal, contractació, IVA, </w:t>
            </w:r>
            <w:proofErr w:type="spellStart"/>
            <w:r w:rsidRPr="00A161A1">
              <w:rPr>
                <w:rFonts w:asciiTheme="majorHAnsi" w:hAnsiTheme="majorHAnsi" w:cstheme="majorHAnsi"/>
                <w:color w:val="000000"/>
                <w:sz w:val="17"/>
                <w:lang w:val="ca-ES"/>
              </w:rPr>
              <w:t>overheads</w:t>
            </w:r>
            <w:proofErr w:type="spellEnd"/>
            <w:r w:rsidRPr="00A161A1">
              <w:rPr>
                <w:rFonts w:asciiTheme="majorHAnsi" w:hAnsiTheme="majorHAnsi" w:cstheme="majorHAnsi"/>
                <w:color w:val="000000"/>
                <w:sz w:val="17"/>
                <w:lang w:val="ca-ES"/>
              </w:rPr>
              <w:t xml:space="preserve"> i càrrecs interns previstes a la convocatòria, que no s'hi imputen conceptes no elegibles i que la documentació justificativa i les evidències indi</w:t>
            </w:r>
            <w:r w:rsidRPr="00A161A1">
              <w:rPr>
                <w:rFonts w:asciiTheme="majorHAnsi" w:hAnsiTheme="majorHAnsi" w:cstheme="majorHAnsi"/>
                <w:color w:val="000000"/>
                <w:sz w:val="17"/>
                <w:lang w:val="ca-ES"/>
              </w:rPr>
              <w:t>cades estan disponibles per a la seva verificació.</w:t>
            </w:r>
          </w:p>
        </w:tc>
      </w:tr>
    </w:tbl>
    <w:p w14:paraId="2B9D74A1" w14:textId="77777777" w:rsidR="00FB7D0E" w:rsidRPr="00A161A1" w:rsidRDefault="00FB7D0E">
      <w:pPr>
        <w:spacing w:line="80" w:lineRule="exact"/>
        <w:rPr>
          <w:rFonts w:asciiTheme="majorHAnsi" w:hAnsiTheme="majorHAnsi" w:cstheme="majorHAnsi"/>
          <w:lang w:val="ca-ES"/>
        </w:rPr>
      </w:pPr>
    </w:p>
    <w:tbl>
      <w:tblPr>
        <w:tblW w:w="10148" w:type="dxa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2494"/>
        <w:gridCol w:w="4252"/>
      </w:tblGrid>
      <w:tr w:rsidR="00FB7D0E" w:rsidRPr="00A161A1" w14:paraId="2CCFCEC3" w14:textId="77777777">
        <w:trPr>
          <w:cantSplit/>
          <w:jc w:val="center"/>
        </w:trPr>
        <w:tc>
          <w:tcPr>
            <w:tcW w:w="340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29016C2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7"/>
                <w:lang w:val="ca-ES"/>
              </w:rPr>
              <w:t>Nom i cognoms</w:t>
            </w:r>
          </w:p>
        </w:tc>
        <w:tc>
          <w:tcPr>
            <w:tcW w:w="249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CC5FB3F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7"/>
                <w:lang w:val="ca-ES"/>
              </w:rPr>
              <w:t>Data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2F3F4"/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24499DF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b/>
                <w:color w:val="000000"/>
                <w:sz w:val="17"/>
                <w:lang w:val="ca-ES"/>
              </w:rPr>
              <w:t>Signatura</w:t>
            </w:r>
          </w:p>
        </w:tc>
      </w:tr>
      <w:tr w:rsidR="00FB7D0E" w:rsidRPr="00A161A1" w14:paraId="19EF5D11" w14:textId="77777777">
        <w:trPr>
          <w:cantSplit/>
          <w:jc w:val="center"/>
        </w:trPr>
        <w:tc>
          <w:tcPr>
            <w:tcW w:w="340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B3BE502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[Escriviu aquí]</w:t>
            </w:r>
          </w:p>
        </w:tc>
        <w:tc>
          <w:tcPr>
            <w:tcW w:w="249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3CD5339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[</w:t>
            </w:r>
            <w:proofErr w:type="spellStart"/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dd</w:t>
            </w:r>
            <w:proofErr w:type="spellEnd"/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/mm/</w:t>
            </w:r>
            <w:proofErr w:type="spellStart"/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aaaa</w:t>
            </w:r>
            <w:proofErr w:type="spellEnd"/>
            <w:r w:rsidRPr="00A161A1">
              <w:rPr>
                <w:rFonts w:asciiTheme="majorHAnsi" w:hAnsiTheme="majorHAnsi" w:cstheme="majorHAnsi"/>
                <w:i/>
                <w:color w:val="666666"/>
                <w:sz w:val="17"/>
                <w:lang w:val="ca-ES"/>
              </w:rPr>
              <w:t>]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6FE6ED8" w14:textId="77777777" w:rsidR="00FB7D0E" w:rsidRPr="00A161A1" w:rsidRDefault="007E2D79">
            <w:pPr>
              <w:rPr>
                <w:rFonts w:asciiTheme="majorHAnsi" w:hAnsiTheme="majorHAnsi" w:cstheme="majorHAnsi"/>
                <w:lang w:val="ca-ES"/>
              </w:rPr>
            </w:pP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  <w:r w:rsidRPr="00A161A1">
              <w:rPr>
                <w:rFonts w:asciiTheme="majorHAnsi" w:hAnsiTheme="majorHAnsi" w:cstheme="majorHAnsi"/>
                <w:lang w:val="ca-ES"/>
              </w:rPr>
              <w:br/>
            </w:r>
          </w:p>
        </w:tc>
      </w:tr>
    </w:tbl>
    <w:p w14:paraId="0F8AC3EB" w14:textId="77777777" w:rsidR="00C116F6" w:rsidRPr="00A161A1" w:rsidRDefault="00C116F6">
      <w:pPr>
        <w:rPr>
          <w:rFonts w:asciiTheme="majorHAnsi" w:hAnsiTheme="majorHAnsi" w:cstheme="majorHAnsi"/>
          <w:lang w:val="ca-ES"/>
        </w:rPr>
      </w:pPr>
    </w:p>
    <w:sectPr w:rsidR="00C116F6" w:rsidRPr="00A161A1" w:rsidSect="00034616">
      <w:headerReference w:type="default" r:id="rId8"/>
      <w:footerReference w:type="default" r:id="rId9"/>
      <w:pgSz w:w="11906" w:h="16838"/>
      <w:pgMar w:top="2041" w:right="879" w:bottom="822" w:left="879" w:header="255" w:footer="3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FAEA7" w14:textId="77777777" w:rsidR="007E2D79" w:rsidRDefault="007E2D79">
      <w:r>
        <w:separator/>
      </w:r>
    </w:p>
  </w:endnote>
  <w:endnote w:type="continuationSeparator" w:id="0">
    <w:p w14:paraId="54FDCE93" w14:textId="77777777" w:rsidR="007E2D79" w:rsidRDefault="007E2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1F174" w14:textId="77777777" w:rsidR="00FB7D0E" w:rsidRDefault="00FB7D0E">
    <w:pPr>
      <w:pStyle w:val="Peu"/>
    </w:pPr>
  </w:p>
  <w:tbl>
    <w:tblPr>
      <w:tblW w:w="10148" w:type="dxa"/>
      <w:jc w:val="center"/>
      <w:tblLayout w:type="fixed"/>
      <w:tblLook w:val="04A0" w:firstRow="1" w:lastRow="0" w:firstColumn="1" w:lastColumn="0" w:noHBand="0" w:noVBand="1"/>
    </w:tblPr>
    <w:tblGrid>
      <w:gridCol w:w="5074"/>
      <w:gridCol w:w="5074"/>
    </w:tblGrid>
    <w:tr w:rsidR="00FB7D0E" w:rsidRPr="00A161A1" w14:paraId="282B3E33" w14:textId="77777777">
      <w:trPr>
        <w:cantSplit/>
        <w:jc w:val="center"/>
      </w:trPr>
      <w:tc>
        <w:tcPr>
          <w:tcW w:w="5074" w:type="dxa"/>
          <w:tcBorders>
            <w:top w:val="single" w:sz="5" w:space="0" w:color="7F7F7F"/>
            <w:left w:val="nil"/>
            <w:bottom w:val="nil"/>
            <w:right w:val="nil"/>
          </w:tcBorders>
          <w:tcMar>
            <w:top w:w="70" w:type="dxa"/>
            <w:left w:w="70" w:type="dxa"/>
            <w:bottom w:w="0" w:type="dxa"/>
            <w:right w:w="70" w:type="dxa"/>
          </w:tcMar>
          <w:vAlign w:val="center"/>
        </w:tcPr>
        <w:p w14:paraId="6DA8999F" w14:textId="09DCC0A3" w:rsidR="00FB7D0E" w:rsidRPr="00A161A1" w:rsidRDefault="007E2D79">
          <w:pPr>
            <w:rPr>
              <w:rFonts w:asciiTheme="majorHAnsi" w:hAnsiTheme="majorHAnsi" w:cstheme="majorHAnsi"/>
              <w:bCs/>
            </w:rPr>
          </w:pPr>
          <w:r w:rsidRPr="00A161A1">
            <w:rPr>
              <w:rFonts w:asciiTheme="majorHAnsi" w:hAnsiTheme="majorHAnsi" w:cstheme="majorHAnsi"/>
              <w:bCs/>
              <w:color w:val="000000"/>
              <w:sz w:val="17"/>
            </w:rPr>
            <w:t>AdR</w:t>
          </w:r>
          <w:r w:rsidR="00A161A1">
            <w:rPr>
              <w:rFonts w:asciiTheme="majorHAnsi" w:hAnsiTheme="majorHAnsi" w:cstheme="majorHAnsi"/>
              <w:bCs/>
              <w:color w:val="000000"/>
              <w:sz w:val="17"/>
            </w:rPr>
            <w:t>198-00</w:t>
          </w:r>
        </w:p>
      </w:tc>
      <w:tc>
        <w:tcPr>
          <w:tcW w:w="5074" w:type="dxa"/>
          <w:tcBorders>
            <w:top w:val="single" w:sz="5" w:space="0" w:color="7F7F7F"/>
            <w:left w:val="nil"/>
            <w:bottom w:val="nil"/>
            <w:right w:val="nil"/>
          </w:tcBorders>
          <w:tcMar>
            <w:top w:w="70" w:type="dxa"/>
            <w:left w:w="70" w:type="dxa"/>
            <w:bottom w:w="0" w:type="dxa"/>
            <w:right w:w="70" w:type="dxa"/>
          </w:tcMar>
          <w:vAlign w:val="center"/>
        </w:tcPr>
        <w:p w14:paraId="781A6896" w14:textId="2C406545" w:rsidR="00FB7D0E" w:rsidRPr="00A161A1" w:rsidRDefault="007E2D79">
          <w:pPr>
            <w:jc w:val="right"/>
            <w:rPr>
              <w:rFonts w:asciiTheme="majorHAnsi" w:hAnsiTheme="majorHAnsi" w:cstheme="majorHAnsi"/>
            </w:rPr>
          </w:pPr>
          <w:proofErr w:type="spellStart"/>
          <w:r w:rsidRPr="00A161A1">
            <w:rPr>
              <w:rFonts w:asciiTheme="majorHAnsi" w:hAnsiTheme="majorHAnsi" w:cstheme="majorHAnsi"/>
              <w:color w:val="000000"/>
              <w:sz w:val="17"/>
            </w:rPr>
            <w:t>Pàg</w:t>
          </w:r>
          <w:proofErr w:type="spellEnd"/>
          <w:r w:rsidRPr="00A161A1">
            <w:rPr>
              <w:rFonts w:asciiTheme="majorHAnsi" w:hAnsiTheme="majorHAnsi" w:cstheme="majorHAnsi"/>
              <w:color w:val="000000"/>
              <w:sz w:val="17"/>
            </w:rPr>
            <w:t xml:space="preserve">. </w:t>
          </w:r>
          <w:r w:rsidRPr="00A161A1">
            <w:rPr>
              <w:rFonts w:asciiTheme="majorHAnsi" w:hAnsiTheme="majorHAnsi" w:cstheme="majorHAnsi"/>
              <w:color w:val="000000"/>
              <w:sz w:val="17"/>
            </w:rPr>
            <w:fldChar w:fldCharType="begin"/>
          </w:r>
          <w:r w:rsidRPr="00A161A1">
            <w:rPr>
              <w:rFonts w:asciiTheme="majorHAnsi" w:hAnsiTheme="majorHAnsi" w:cstheme="majorHAnsi"/>
              <w:color w:val="000000"/>
              <w:sz w:val="17"/>
            </w:rPr>
            <w:instrText>PAGE</w:instrText>
          </w:r>
          <w:r w:rsidRPr="00A161A1">
            <w:rPr>
              <w:rFonts w:asciiTheme="majorHAnsi" w:hAnsiTheme="majorHAnsi" w:cstheme="majorHAnsi"/>
              <w:color w:val="000000"/>
              <w:sz w:val="17"/>
            </w:rPr>
            <w:fldChar w:fldCharType="separate"/>
          </w:r>
          <w:r w:rsidR="00FD3458" w:rsidRPr="00A161A1">
            <w:rPr>
              <w:rFonts w:asciiTheme="majorHAnsi" w:hAnsiTheme="majorHAnsi" w:cstheme="majorHAnsi"/>
              <w:noProof/>
              <w:color w:val="000000"/>
              <w:sz w:val="17"/>
            </w:rPr>
            <w:t>3</w:t>
          </w:r>
          <w:r w:rsidRPr="00A161A1">
            <w:rPr>
              <w:rFonts w:asciiTheme="majorHAnsi" w:hAnsiTheme="majorHAnsi" w:cstheme="majorHAnsi"/>
              <w:color w:val="000000"/>
              <w:sz w:val="17"/>
            </w:rPr>
            <w:fldChar w:fldCharType="end"/>
          </w:r>
          <w:r w:rsidRPr="00A161A1">
            <w:rPr>
              <w:rFonts w:asciiTheme="majorHAnsi" w:hAnsiTheme="majorHAnsi" w:cstheme="majorHAnsi"/>
              <w:color w:val="000000"/>
              <w:sz w:val="17"/>
            </w:rPr>
            <w:t>/</w:t>
          </w:r>
          <w:r w:rsidRPr="00A161A1">
            <w:rPr>
              <w:rFonts w:asciiTheme="majorHAnsi" w:hAnsiTheme="majorHAnsi" w:cstheme="majorHAnsi"/>
              <w:color w:val="000000"/>
              <w:sz w:val="17"/>
            </w:rPr>
            <w:fldChar w:fldCharType="begin"/>
          </w:r>
          <w:r w:rsidRPr="00A161A1">
            <w:rPr>
              <w:rFonts w:asciiTheme="majorHAnsi" w:hAnsiTheme="majorHAnsi" w:cstheme="majorHAnsi"/>
              <w:color w:val="000000"/>
              <w:sz w:val="17"/>
            </w:rPr>
            <w:instrText>NUMPAGES</w:instrText>
          </w:r>
          <w:r w:rsidRPr="00A161A1">
            <w:rPr>
              <w:rFonts w:asciiTheme="majorHAnsi" w:hAnsiTheme="majorHAnsi" w:cstheme="majorHAnsi"/>
              <w:color w:val="000000"/>
              <w:sz w:val="17"/>
            </w:rPr>
            <w:fldChar w:fldCharType="separate"/>
          </w:r>
          <w:r w:rsidR="00FD3458" w:rsidRPr="00A161A1">
            <w:rPr>
              <w:rFonts w:asciiTheme="majorHAnsi" w:hAnsiTheme="majorHAnsi" w:cstheme="majorHAnsi"/>
              <w:noProof/>
              <w:color w:val="000000"/>
              <w:sz w:val="17"/>
            </w:rPr>
            <w:t>1</w:t>
          </w:r>
          <w:r w:rsidRPr="00A161A1">
            <w:rPr>
              <w:rFonts w:asciiTheme="majorHAnsi" w:hAnsiTheme="majorHAnsi" w:cstheme="majorHAnsi"/>
              <w:color w:val="000000"/>
              <w:sz w:val="17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22FC5" w14:textId="77777777" w:rsidR="007E2D79" w:rsidRDefault="007E2D79">
      <w:r>
        <w:separator/>
      </w:r>
    </w:p>
  </w:footnote>
  <w:footnote w:type="continuationSeparator" w:id="0">
    <w:p w14:paraId="715D15CA" w14:textId="77777777" w:rsidR="007E2D79" w:rsidRDefault="007E2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51316" w14:textId="77777777" w:rsidR="00FB7D0E" w:rsidRDefault="00FB7D0E">
    <w:pPr>
      <w:pStyle w:val="Capalera"/>
    </w:pPr>
  </w:p>
  <w:tbl>
    <w:tblPr>
      <w:tblW w:w="10148" w:type="dxa"/>
      <w:jc w:val="center"/>
      <w:tblLayout w:type="fixed"/>
      <w:tblLook w:val="04A0" w:firstRow="1" w:lastRow="0" w:firstColumn="1" w:lastColumn="0" w:noHBand="0" w:noVBand="1"/>
    </w:tblPr>
    <w:tblGrid>
      <w:gridCol w:w="2381"/>
      <w:gridCol w:w="4025"/>
      <w:gridCol w:w="3742"/>
    </w:tblGrid>
    <w:tr w:rsidR="00FB7D0E" w14:paraId="6DCF8DF8" w14:textId="77777777">
      <w:trPr>
        <w:cantSplit/>
        <w:jc w:val="center"/>
      </w:trPr>
      <w:tc>
        <w:tcPr>
          <w:tcW w:w="2381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7CA2842" w14:textId="77777777" w:rsidR="00FB7D0E" w:rsidRDefault="007E2D79">
          <w:r>
            <w:rPr>
              <w:noProof/>
            </w:rPr>
            <w:drawing>
              <wp:inline distT="0" distB="0" distL="0" distR="0" wp14:anchorId="13A9DF51" wp14:editId="76E8D0FB">
                <wp:extent cx="1314000" cy="493187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4000" cy="4931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25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7729B8" w14:textId="77777777" w:rsidR="00FB7D0E" w:rsidRDefault="007E2D79">
          <w:pPr>
            <w:jc w:val="center"/>
          </w:pPr>
          <w:r>
            <w:rPr>
              <w:noProof/>
            </w:rPr>
            <w:drawing>
              <wp:inline distT="0" distB="0" distL="0" distR="0" wp14:anchorId="5CA633FA" wp14:editId="6F24F554">
                <wp:extent cx="2034000" cy="525835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e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34000" cy="5258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42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3884519" w14:textId="77777777" w:rsidR="00FB7D0E" w:rsidRDefault="007E2D79">
          <w:pPr>
            <w:jc w:val="right"/>
          </w:pPr>
          <w:r>
            <w:rPr>
              <w:noProof/>
            </w:rPr>
            <w:drawing>
              <wp:inline distT="0" distB="0" distL="0" distR="0" wp14:anchorId="77E48CDA" wp14:editId="15FC726C">
                <wp:extent cx="1745999" cy="560243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e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5999" cy="5602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E8664A5" w14:textId="07BA2C1F" w:rsidR="00FB7D0E" w:rsidRPr="00A161A1" w:rsidRDefault="007E2D79">
    <w:pPr>
      <w:spacing w:before="40"/>
      <w:rPr>
        <w:rFonts w:asciiTheme="majorHAnsi" w:hAnsiTheme="majorHAnsi" w:cstheme="majorHAnsi"/>
        <w:sz w:val="20"/>
        <w:szCs w:val="20"/>
      </w:rPr>
    </w:pPr>
    <w:r w:rsidRPr="00A161A1">
      <w:rPr>
        <w:rFonts w:asciiTheme="majorHAnsi" w:hAnsiTheme="majorHAnsi" w:cstheme="majorHAnsi"/>
        <w:b/>
        <w:color w:val="000000"/>
        <w:sz w:val="20"/>
        <w:szCs w:val="20"/>
      </w:rPr>
      <w:t>CONVOCATÒRIA PROGRAMA PROOF OF CONCEPT (PoC 2026)</w:t>
    </w:r>
    <w:r w:rsidR="00A161A1">
      <w:rPr>
        <w:rFonts w:asciiTheme="majorHAnsi" w:hAnsiTheme="majorHAnsi" w:cstheme="majorHAnsi"/>
        <w:b/>
        <w:color w:val="000000"/>
        <w:sz w:val="20"/>
        <w:szCs w:val="20"/>
      </w:rPr>
      <w:t xml:space="preserve"> – </w:t>
    </w:r>
    <w:r w:rsidRPr="00A161A1">
      <w:rPr>
        <w:rFonts w:asciiTheme="majorHAnsi" w:hAnsiTheme="majorHAnsi" w:cstheme="majorHAnsi"/>
        <w:b/>
        <w:color w:val="000000"/>
        <w:sz w:val="20"/>
        <w:szCs w:val="20"/>
      </w:rPr>
      <w:t>L</w:t>
    </w:r>
    <w:r w:rsidRPr="00A161A1">
      <w:rPr>
        <w:rFonts w:asciiTheme="majorHAnsi" w:hAnsiTheme="majorHAnsi" w:cstheme="majorHAnsi"/>
        <w:b/>
        <w:color w:val="000000"/>
        <w:sz w:val="20"/>
        <w:szCs w:val="20"/>
      </w:rPr>
      <w:t>ÍNIA CIÈNCIES EXPERIMENTALS I TECNOLÒGIQUES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lista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lista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listaambpic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listaambpic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lista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58935928">
    <w:abstractNumId w:val="8"/>
  </w:num>
  <w:num w:numId="2" w16cid:durableId="424618941">
    <w:abstractNumId w:val="6"/>
  </w:num>
  <w:num w:numId="3" w16cid:durableId="1294365125">
    <w:abstractNumId w:val="5"/>
  </w:num>
  <w:num w:numId="4" w16cid:durableId="1612397078">
    <w:abstractNumId w:val="4"/>
  </w:num>
  <w:num w:numId="5" w16cid:durableId="1698777100">
    <w:abstractNumId w:val="7"/>
  </w:num>
  <w:num w:numId="6" w16cid:durableId="1967391935">
    <w:abstractNumId w:val="3"/>
  </w:num>
  <w:num w:numId="7" w16cid:durableId="956640277">
    <w:abstractNumId w:val="2"/>
  </w:num>
  <w:num w:numId="8" w16cid:durableId="1479883548">
    <w:abstractNumId w:val="1"/>
  </w:num>
  <w:num w:numId="9" w16cid:durableId="426385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E3339"/>
    <w:rsid w:val="007E2D79"/>
    <w:rsid w:val="00A161A1"/>
    <w:rsid w:val="00AA1D8D"/>
    <w:rsid w:val="00B47730"/>
    <w:rsid w:val="00BC6C8B"/>
    <w:rsid w:val="00C116F6"/>
    <w:rsid w:val="00CB0664"/>
    <w:rsid w:val="00FB7D0E"/>
    <w:rsid w:val="00FC693F"/>
    <w:rsid w:val="00FD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944C9E00-F95C-442B-AC80-0BD2A7127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rial" w:eastAsia="Arial" w:hAnsi="Arial"/>
      <w:sz w:val="19"/>
    </w:rPr>
  </w:style>
  <w:style w:type="paragraph" w:styleId="Ttol1">
    <w:name w:val="heading 1"/>
    <w:basedOn w:val="Normal"/>
    <w:next w:val="Normal"/>
    <w:link w:val="Ttol1C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E618BF"/>
  </w:style>
  <w:style w:type="paragraph" w:styleId="Peu">
    <w:name w:val="footer"/>
    <w:basedOn w:val="Normal"/>
    <w:link w:val="PeuC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PeuCar">
    <w:name w:val="Peu Car"/>
    <w:basedOn w:val="Lletraperdefectedelpargraf"/>
    <w:link w:val="Peu"/>
    <w:uiPriority w:val="99"/>
    <w:rsid w:val="00E618BF"/>
  </w:style>
  <w:style w:type="paragraph" w:styleId="Senseespaiat">
    <w:name w:val="No Spacing"/>
    <w:uiPriority w:val="1"/>
    <w:qFormat/>
    <w:rsid w:val="00FC693F"/>
    <w:pPr>
      <w:spacing w:after="0" w:line="240" w:lineRule="auto"/>
    </w:pPr>
  </w:style>
  <w:style w:type="character" w:customStyle="1" w:styleId="Ttol1Car">
    <w:name w:val="Títol 1 Car"/>
    <w:basedOn w:val="Lletraperdefectedelpargraf"/>
    <w:link w:val="Ttol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ol2Car">
    <w:name w:val="Títol 2 Car"/>
    <w:basedOn w:val="Lletraperdefectedelpargraf"/>
    <w:link w:val="Ttol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Lletraperdefectedelpargraf"/>
    <w:link w:val="Ttol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">
    <w:name w:val="Title"/>
    <w:basedOn w:val="Normal"/>
    <w:next w:val="Normal"/>
    <w:link w:val="TtolC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olCar">
    <w:name w:val="Títol Car"/>
    <w:basedOn w:val="Lletraperdefectedelpargraf"/>
    <w:link w:val="Tto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ol">
    <w:name w:val="Subtitle"/>
    <w:basedOn w:val="Normal"/>
    <w:next w:val="Normal"/>
    <w:link w:val="Subttol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olCar">
    <w:name w:val="Subtítol Car"/>
    <w:basedOn w:val="Lletraperdefectedelpargraf"/>
    <w:link w:val="Subtto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del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independent">
    <w:name w:val="Body Text"/>
    <w:basedOn w:val="Normal"/>
    <w:link w:val="TextindependentCar"/>
    <w:uiPriority w:val="99"/>
    <w:unhideWhenUsed/>
    <w:rsid w:val="00AA1D8D"/>
    <w:pPr>
      <w:spacing w:after="120"/>
    </w:pPr>
  </w:style>
  <w:style w:type="character" w:customStyle="1" w:styleId="TextindependentCar">
    <w:name w:val="Text independent Car"/>
    <w:basedOn w:val="Lletraperdefectedelpargraf"/>
    <w:link w:val="Textindependent"/>
    <w:uiPriority w:val="99"/>
    <w:rsid w:val="00AA1D8D"/>
  </w:style>
  <w:style w:type="paragraph" w:styleId="Textindependent2">
    <w:name w:val="Body Text 2"/>
    <w:basedOn w:val="Normal"/>
    <w:link w:val="Textindependent2Car"/>
    <w:uiPriority w:val="99"/>
    <w:unhideWhenUsed/>
    <w:rsid w:val="00AA1D8D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A1D8D"/>
  </w:style>
  <w:style w:type="paragraph" w:styleId="Textindependent3">
    <w:name w:val="Body Text 3"/>
    <w:basedOn w:val="Normal"/>
    <w:link w:val="Textindependent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rsid w:val="00AA1D8D"/>
    <w:rPr>
      <w:sz w:val="16"/>
      <w:szCs w:val="16"/>
    </w:rPr>
  </w:style>
  <w:style w:type="paragraph" w:styleId="L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listaambpic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listaambpic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listaambpic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lista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lista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lista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cidel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cidel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cidel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demacro">
    <w:name w:val="macro"/>
    <w:link w:val="Text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demacroCar">
    <w:name w:val="Text de macro Car"/>
    <w:basedOn w:val="Lletraperdefectedelpargraf"/>
    <w:link w:val="Textde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Lletraperdefectedelpargraf"/>
    <w:link w:val="Cita"/>
    <w:uiPriority w:val="29"/>
    <w:rsid w:val="00FC693F"/>
    <w:rPr>
      <w:i/>
      <w:iCs/>
      <w:color w:val="000000" w:themeColor="text1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Textennegreta">
    <w:name w:val="Strong"/>
    <w:basedOn w:val="Lletraperdefectedelpargraf"/>
    <w:uiPriority w:val="22"/>
    <w:qFormat/>
    <w:rsid w:val="00FC693F"/>
    <w:rPr>
      <w:b/>
      <w:bCs/>
    </w:rPr>
  </w:style>
  <w:style w:type="character" w:styleId="mfasi">
    <w:name w:val="Emphasis"/>
    <w:basedOn w:val="Lletraperdefectedelpargraf"/>
    <w:uiPriority w:val="20"/>
    <w:qFormat/>
    <w:rsid w:val="00FC693F"/>
    <w:rPr>
      <w:i/>
      <w:iCs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C693F"/>
    <w:rPr>
      <w:b/>
      <w:bCs/>
      <w:i/>
      <w:iCs/>
      <w:color w:val="4F81BD" w:themeColor="accent1"/>
    </w:rPr>
  </w:style>
  <w:style w:type="character" w:styleId="mfasisubtil">
    <w:name w:val="Subtle Emphasis"/>
    <w:basedOn w:val="Lletraperdefectedelpargraf"/>
    <w:uiPriority w:val="19"/>
    <w:qFormat/>
    <w:rsid w:val="00FC693F"/>
    <w:rPr>
      <w:i/>
      <w:iCs/>
      <w:color w:val="808080" w:themeColor="text1" w:themeTint="7F"/>
    </w:rPr>
  </w:style>
  <w:style w:type="character" w:styleId="mfasiintens">
    <w:name w:val="Intense Emphasis"/>
    <w:basedOn w:val="Lletraperdefectedelpargraf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btil">
    <w:name w:val="Subtle Reference"/>
    <w:basedOn w:val="Lletraperdefectedelpargraf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Lletraperdefectedelpargraf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oldelllibre">
    <w:name w:val="Book Title"/>
    <w:basedOn w:val="Lletraperdefectedelpargraf"/>
    <w:uiPriority w:val="33"/>
    <w:qFormat/>
    <w:rsid w:val="00FC693F"/>
    <w:rPr>
      <w:b/>
      <w:bCs/>
      <w:smallCaps/>
      <w:spacing w:val="5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FC693F"/>
    <w:pPr>
      <w:outlineLvl w:val="9"/>
    </w:pPr>
  </w:style>
  <w:style w:type="table" w:styleId="Taulaambquadrcula">
    <w:name w:val="Table Grid"/>
    <w:basedOn w:val="Tau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ejatsuau">
    <w:name w:val="Light Shading"/>
    <w:basedOn w:val="Tau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Ombrejatsuaumfasi1">
    <w:name w:val="Light Shading Accent 1"/>
    <w:basedOn w:val="Tau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Ombrejatsuaumfasi2">
    <w:name w:val="Light Shading Accent 2"/>
    <w:basedOn w:val="Tau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Ombrejatsuaumfasi3">
    <w:name w:val="Light Shading Accent 3"/>
    <w:basedOn w:val="Tau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Ombrejatsuaumfasi4">
    <w:name w:val="Light Shading Accent 4"/>
    <w:basedOn w:val="Tau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Ombrejatsuaumfasi5">
    <w:name w:val="Light Shading Accent 5"/>
    <w:basedOn w:val="Tau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Ombrejatsuaumfasi6">
    <w:name w:val="Light Shading Accent 6"/>
    <w:basedOn w:val="Tau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listaclara">
    <w:name w:val="Light List"/>
    <w:basedOn w:val="Tau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listaclaramfasi1">
    <w:name w:val="Light List Accent 1"/>
    <w:basedOn w:val="Tau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listaclaramfasi2">
    <w:name w:val="Light List Accent 2"/>
    <w:basedOn w:val="Tau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listaclaramfasi3">
    <w:name w:val="Light List Accent 3"/>
    <w:basedOn w:val="Tau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listaclaramfasi4">
    <w:name w:val="Light List Accent 4"/>
    <w:basedOn w:val="Tau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listaclaramfasi5">
    <w:name w:val="Light List Accent 5"/>
    <w:basedOn w:val="Tau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listaclaramfasi6">
    <w:name w:val="Light List Accent 6"/>
    <w:basedOn w:val="Tau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Quadrculaclara">
    <w:name w:val="Light Grid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Quadrculaclaramfasi1">
    <w:name w:val="Light Grid Accent 1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Quadrculaclaramfasi2">
    <w:name w:val="Light Grid Accent 2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Quadrculaclaramfasi3">
    <w:name w:val="Light Grid Accent 3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Quadrculaclaramfasi4">
    <w:name w:val="Light Grid Accent 4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Quadrculaclaramfasi5">
    <w:name w:val="Light Grid Accent 5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Quadrculaclaramfasi6">
    <w:name w:val="Light Grid Accent 6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mbrejatmitj1">
    <w:name w:val="Medium Shading 1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1">
    <w:name w:val="Medium Shading 1 Accent 1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2">
    <w:name w:val="Medium Shading 1 Accent 2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3">
    <w:name w:val="Medium Shading 1 Accent 3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4">
    <w:name w:val="Medium Shading 1 Accent 4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5">
    <w:name w:val="Medium Shading 1 Accent 5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6">
    <w:name w:val="Medium Shading 1 Accent 6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2">
    <w:name w:val="Medium Shading 2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mbrejatmitj2mfasi1">
    <w:name w:val="Medium Shading 2 Accent 1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mbrejatmitj2mfasi2">
    <w:name w:val="Medium Shading 2 Accent 2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mbrejatmitj2mfasi3">
    <w:name w:val="Medium Shading 2 Accent 3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mbrejatmitj2mfasi4">
    <w:name w:val="Medium Shading 2 Accent 4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mbrejatmitj2mfasi5">
    <w:name w:val="Medium Shading 2 Accent 5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mbrejatmitj2mfasi6">
    <w:name w:val="Medium Shading 2 Accent 6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listamitjana1">
    <w:name w:val="Medium List 1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listamitjana1mfasi1">
    <w:name w:val="Medium List 1 Accent 1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listamitjana1mfasi2">
    <w:name w:val="Medium List 1 Accent 2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listamitjana1mfasi3">
    <w:name w:val="Medium List 1 Accent 3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listamitjana1mfasi4">
    <w:name w:val="Medium List 1 Accent 4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listamitjana1mfasi5">
    <w:name w:val="Medium List 1 Accent 5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listamitjana1mfasi6">
    <w:name w:val="Medium List 1 Accent 6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listamitjana2">
    <w:name w:val="Medium List 2"/>
    <w:basedOn w:val="Tau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1">
    <w:name w:val="Medium List 2 Accent 1"/>
    <w:basedOn w:val="Tau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2">
    <w:name w:val="Medium List 2 Accent 2"/>
    <w:basedOn w:val="Tau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3">
    <w:name w:val="Medium List 2 Accent 3"/>
    <w:basedOn w:val="Tau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4">
    <w:name w:val="Medium List 2 Accent 4"/>
    <w:basedOn w:val="Tau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5">
    <w:name w:val="Medium List 2 Accent 5"/>
    <w:basedOn w:val="Tau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6">
    <w:name w:val="Medium List 2 Accent 6"/>
    <w:basedOn w:val="Tau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Quadrculamitjana1">
    <w:name w:val="Medium Grid 1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Quadrculamitjana1mfasi1">
    <w:name w:val="Medium Grid 1 Accent 1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Quadrculamitjana1mfasi2">
    <w:name w:val="Medium Grid 1 Accent 2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Quadrculamitjana1mfasi3">
    <w:name w:val="Medium Grid 1 Accent 3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Quadrculamitjana1mfasi4">
    <w:name w:val="Medium Grid 1 Accent 4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Quadrculamitjana1mfasi5">
    <w:name w:val="Medium Grid 1 Accent 5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Quadrculamitjana1mfasi6">
    <w:name w:val="Medium Grid 1 Accent 6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Quadrculamitjana2">
    <w:name w:val="Medium Grid 2"/>
    <w:basedOn w:val="Tau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1">
    <w:name w:val="Medium Grid 2 Accent 1"/>
    <w:basedOn w:val="Tau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2">
    <w:name w:val="Medium Grid 2 Accent 2"/>
    <w:basedOn w:val="Tau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3">
    <w:name w:val="Medium Grid 2 Accent 3"/>
    <w:basedOn w:val="Tau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4">
    <w:name w:val="Medium Grid 2 Accent 4"/>
    <w:basedOn w:val="Tau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5">
    <w:name w:val="Medium Grid 2 Accent 5"/>
    <w:basedOn w:val="Tau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6">
    <w:name w:val="Medium Grid 2 Accent 6"/>
    <w:basedOn w:val="Tau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3">
    <w:name w:val="Medium Grid 3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Quadrculamitjana3mfasi1">
    <w:name w:val="Medium Grid 3 Accent 1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Quadrculamitjana3mfasi2">
    <w:name w:val="Medium Grid 3 Accent 2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Quadrculamitjana3mfasi3">
    <w:name w:val="Medium Grid 3 Accent 3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Quadrculamitjana3mfasi4">
    <w:name w:val="Medium Grid 3 Accent 4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Quadrculamitjana3mfasi5">
    <w:name w:val="Medium Grid 3 Accent 5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Quadrculamitjana3mfasi6">
    <w:name w:val="Medium Grid 3 Accent 6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listafosca">
    <w:name w:val="Dark List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listafoscamfasi1">
    <w:name w:val="Dark List Accent 1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listafoscamfasi2">
    <w:name w:val="Dark List Accent 2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listafoscamfasi3">
    <w:name w:val="Dark List Accent 3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listafoscamfasi4">
    <w:name w:val="Dark List Accent 4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listafoscamfasi5">
    <w:name w:val="Dark List Accent 5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listafoscamfasi6">
    <w:name w:val="Dark List Accent 6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mbrejatmulticolor">
    <w:name w:val="Colorful Shading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mbrejatmulticolormfasi1">
    <w:name w:val="Colorful Shading Accent 1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mbrejatmulticolormfasi2">
    <w:name w:val="Colorful Shading Accent 2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mbrejatmulticolormfasi3">
    <w:name w:val="Colorful Shading Accent 3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mbrejatmulticolormfasi4">
    <w:name w:val="Colorful Shading Accent 4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mbrejatmulticolormfasi5">
    <w:name w:val="Colorful Shading Accent 5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mbrejatmulticolormfasi6">
    <w:name w:val="Colorful Shading Accent 6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listamulticolor">
    <w:name w:val="Colorful List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listamulticolormfasi1">
    <w:name w:val="Colorful List Accent 1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listamulticolormfasi2">
    <w:name w:val="Colorful List Accent 2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listamulticolormfasi3">
    <w:name w:val="Colorful List Accent 3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listamulticolormfasi4">
    <w:name w:val="Colorful List Accent 4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listamulticolormfasi5">
    <w:name w:val="Colorful List Accent 5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listamulticolormfasi6">
    <w:name w:val="Colorful List Accent 6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Quadrculamulticolor">
    <w:name w:val="Colorful Grid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Quadrculamulticolormfasi1">
    <w:name w:val="Colorful Grid Accent 1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Quadrculamulticolormfasi2">
    <w:name w:val="Colorful Grid Accent 2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Quadrculamulticolormfasi3">
    <w:name w:val="Colorful Grid Accent 3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Quadrculamulticolormfasi4">
    <w:name w:val="Colorful Grid Accent 4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Quadrculamulticolormfasi5">
    <w:name w:val="Colorful Grid Accent 5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Quadrculamulticolormfasi6">
    <w:name w:val="Colorful Grid Accent 6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e1ff059cc8483954670ad01167d51cfb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21cae6e3559a13c832493633df474dd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2EEBAA-A174-4421-AAAA-64FAF4537FD2}"/>
</file>

<file path=customXml/itemProps3.xml><?xml version="1.0" encoding="utf-8"?>
<ds:datastoreItem xmlns:ds="http://schemas.openxmlformats.org/officeDocument/2006/customXml" ds:itemID="{62F41DBC-1860-4E11-8784-7FE38532349A}"/>
</file>

<file path=customXml/itemProps4.xml><?xml version="1.0" encoding="utf-8"?>
<ds:datastoreItem xmlns:ds="http://schemas.openxmlformats.org/officeDocument/2006/customXml" ds:itemID="{A73A87E5-859E-413B-ABB4-9C5F903E3E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final de justificació PoC UAB 2026</dc:title>
  <dc:subject>Formulari intern de justificació final</dc:subject>
  <dc:creator>Universitat Autònoma de Barcelona</dc:creator>
  <cp:keywords/>
  <dc:description>generated by python-docx</dc:description>
  <cp:lastModifiedBy>puig nuria</cp:lastModifiedBy>
  <cp:revision>2</cp:revision>
  <dcterms:created xsi:type="dcterms:W3CDTF">2026-07-28T09:00:00Z</dcterms:created>
  <dcterms:modified xsi:type="dcterms:W3CDTF">2026-07-28T09:00:00Z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</Properties>
</file>