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8BE62" w14:textId="77777777" w:rsidR="001B50C6" w:rsidRDefault="001B50C6">
      <w:pPr>
        <w:spacing w:after="80"/>
        <w:jc w:val="center"/>
        <w:rPr>
          <w:b/>
        </w:rPr>
      </w:pPr>
    </w:p>
    <w:p w14:paraId="39FFC37B" w14:textId="60FC1399" w:rsidR="00FF3E04" w:rsidRPr="001B50C6" w:rsidRDefault="001C60B3">
      <w:pPr>
        <w:spacing w:after="80"/>
        <w:jc w:val="center"/>
        <w:rPr>
          <w:lang w:val="es-ES_tradnl"/>
        </w:rPr>
      </w:pPr>
      <w:r w:rsidRPr="001B50C6">
        <w:rPr>
          <w:b/>
          <w:lang w:val="es-ES_tradnl"/>
        </w:rPr>
        <w:t>CONVOCATÒRIA ÚNICA ERASMUS+ I UAB EXCHANGE PROGRAMME</w:t>
      </w:r>
    </w:p>
    <w:p w14:paraId="23FB266B" w14:textId="77777777" w:rsidR="00FF3E04" w:rsidRDefault="001C60B3">
      <w:pPr>
        <w:spacing w:after="520"/>
        <w:jc w:val="center"/>
        <w:rPr>
          <w:b/>
          <w:lang w:val="es-ES_tradnl"/>
        </w:rPr>
      </w:pPr>
      <w:r w:rsidRPr="001B50C6">
        <w:rPr>
          <w:b/>
          <w:lang w:val="es-ES_tradnl"/>
        </w:rPr>
        <w:t>FULL DE TUTORIA PRÈVIA</w:t>
      </w:r>
    </w:p>
    <w:p w14:paraId="74FD9D73" w14:textId="0C42FF36" w:rsidR="00FF3E04" w:rsidRPr="001B50C6" w:rsidRDefault="001C60B3" w:rsidP="001B50C6">
      <w:pPr>
        <w:spacing w:line="384" w:lineRule="auto"/>
        <w:jc w:val="both"/>
        <w:rPr>
          <w:lang w:val="ca-ES"/>
        </w:rPr>
      </w:pPr>
      <w:r w:rsidRPr="001B50C6">
        <w:rPr>
          <w:lang w:val="ca-ES"/>
        </w:rPr>
        <w:t>L’</w:t>
      </w:r>
      <w:r w:rsidR="001B50C6" w:rsidRPr="001B50C6">
        <w:rPr>
          <w:lang w:val="ca-ES"/>
        </w:rPr>
        <w:t>alumne/a</w:t>
      </w:r>
      <w:r w:rsidRPr="001B50C6">
        <w:rPr>
          <w:lang w:val="ca-ES"/>
        </w:rPr>
        <w:t>______________________________________________</w:t>
      </w:r>
      <w:r w:rsidR="001B50C6" w:rsidRPr="001B50C6">
        <w:rPr>
          <w:lang w:val="ca-ES"/>
        </w:rPr>
        <w:t>_________________________</w:t>
      </w:r>
      <w:r w:rsidRPr="001B50C6">
        <w:rPr>
          <w:lang w:val="ca-ES"/>
        </w:rPr>
        <w:t>que cursa els estudis de ________________________________________ a l’Escola d’Enginyeria ha realitzat de forma satisfactòria la tutoria prèvia a la sol·licitud d’intercanvi amb el/la coordinador/a ________________________________________.</w:t>
      </w:r>
    </w:p>
    <w:p w14:paraId="408E4907" w14:textId="1F94179D" w:rsidR="00FF3E04" w:rsidRPr="001B50C6" w:rsidRDefault="001C60B3" w:rsidP="001B50C6">
      <w:pPr>
        <w:spacing w:before="420" w:after="280" w:line="336" w:lineRule="auto"/>
        <w:jc w:val="both"/>
        <w:rPr>
          <w:lang w:val="ca-ES"/>
        </w:rPr>
      </w:pPr>
      <w:r w:rsidRPr="001B50C6">
        <w:rPr>
          <w:lang w:val="ca-ES"/>
        </w:rPr>
        <w:t xml:space="preserve">Com a conclusió de la tutoria, </w:t>
      </w:r>
      <w:r w:rsidR="001B50C6" w:rsidRPr="001B50C6">
        <w:rPr>
          <w:lang w:val="ca-ES"/>
        </w:rPr>
        <w:t>el coordinador/a recomana a l’estudiant sol·licitar una</w:t>
      </w:r>
      <w:r w:rsidRPr="001B50C6">
        <w:rPr>
          <w:lang w:val="ca-ES"/>
        </w:rPr>
        <w:t xml:space="preserve"> plaça d’intercanvi a la/les següent/s universitat/s:</w:t>
      </w:r>
    </w:p>
    <w:p w14:paraId="2D945BF3" w14:textId="77777777" w:rsidR="00FF3E04" w:rsidRPr="001B50C6" w:rsidRDefault="001C60B3">
      <w:pPr>
        <w:spacing w:after="160"/>
        <w:ind w:left="68"/>
        <w:rPr>
          <w:lang w:val="ca-ES"/>
        </w:rPr>
      </w:pPr>
      <w:r w:rsidRPr="001B50C6">
        <w:rPr>
          <w:lang w:val="ca-ES"/>
        </w:rPr>
        <w:t>1.  __________________________________________________________________________</w:t>
      </w:r>
    </w:p>
    <w:p w14:paraId="2F983AEA" w14:textId="77777777" w:rsidR="00FF3E04" w:rsidRPr="001B50C6" w:rsidRDefault="001C60B3">
      <w:pPr>
        <w:spacing w:after="160"/>
        <w:ind w:left="68"/>
        <w:rPr>
          <w:lang w:val="ca-ES"/>
        </w:rPr>
      </w:pPr>
      <w:r w:rsidRPr="001B50C6">
        <w:rPr>
          <w:lang w:val="ca-ES"/>
        </w:rPr>
        <w:t>2.  __________________________________________________________________________</w:t>
      </w:r>
    </w:p>
    <w:p w14:paraId="7E190157" w14:textId="77777777" w:rsidR="00FF3E04" w:rsidRPr="001B50C6" w:rsidRDefault="001C60B3">
      <w:pPr>
        <w:spacing w:after="160"/>
        <w:ind w:left="68"/>
        <w:rPr>
          <w:lang w:val="ca-ES"/>
        </w:rPr>
      </w:pPr>
      <w:r w:rsidRPr="001B50C6">
        <w:rPr>
          <w:lang w:val="ca-ES"/>
        </w:rPr>
        <w:t>3.  __________________________________________________________________________</w:t>
      </w:r>
    </w:p>
    <w:p w14:paraId="20555ABF" w14:textId="77777777" w:rsidR="00FF3E04" w:rsidRPr="001B50C6" w:rsidRDefault="001C60B3">
      <w:pPr>
        <w:spacing w:after="160"/>
        <w:ind w:left="68"/>
        <w:rPr>
          <w:lang w:val="ca-ES"/>
        </w:rPr>
      </w:pPr>
      <w:r w:rsidRPr="001B50C6">
        <w:rPr>
          <w:lang w:val="ca-ES"/>
        </w:rPr>
        <w:t>4.  __________________________________________________________________________</w:t>
      </w:r>
    </w:p>
    <w:p w14:paraId="058719D9" w14:textId="77777777" w:rsidR="00FF3E04" w:rsidRPr="001B50C6" w:rsidRDefault="001C60B3">
      <w:pPr>
        <w:spacing w:after="160"/>
        <w:ind w:left="68"/>
        <w:rPr>
          <w:lang w:val="ca-ES"/>
        </w:rPr>
      </w:pPr>
      <w:r w:rsidRPr="001B50C6">
        <w:rPr>
          <w:lang w:val="ca-ES"/>
        </w:rPr>
        <w:t>5.  __________________________________________________________________________</w:t>
      </w:r>
    </w:p>
    <w:p w14:paraId="2AF73FBF" w14:textId="77777777" w:rsidR="00FF3E04" w:rsidRPr="001B50C6" w:rsidRDefault="001C60B3">
      <w:pPr>
        <w:spacing w:after="160"/>
        <w:ind w:left="68"/>
        <w:rPr>
          <w:lang w:val="ca-ES"/>
        </w:rPr>
      </w:pPr>
      <w:r w:rsidRPr="001B50C6">
        <w:rPr>
          <w:lang w:val="ca-ES"/>
        </w:rPr>
        <w:t>6.  __________________________________________________________________________</w:t>
      </w:r>
    </w:p>
    <w:p w14:paraId="6A5558C7" w14:textId="77777777" w:rsidR="00FF3E04" w:rsidRPr="001B50C6" w:rsidRDefault="001C60B3">
      <w:pPr>
        <w:spacing w:after="160"/>
        <w:ind w:left="68"/>
        <w:rPr>
          <w:lang w:val="ca-ES"/>
        </w:rPr>
      </w:pPr>
      <w:r w:rsidRPr="001B50C6">
        <w:rPr>
          <w:lang w:val="ca-ES"/>
        </w:rPr>
        <w:t>7.  __________________________________________________________________________</w:t>
      </w:r>
    </w:p>
    <w:p w14:paraId="673BB4B0" w14:textId="77777777" w:rsidR="00FF3E04" w:rsidRPr="001B50C6" w:rsidRDefault="001C60B3">
      <w:pPr>
        <w:spacing w:after="160"/>
        <w:ind w:left="68"/>
        <w:rPr>
          <w:lang w:val="ca-ES"/>
        </w:rPr>
      </w:pPr>
      <w:r w:rsidRPr="001B50C6">
        <w:rPr>
          <w:lang w:val="ca-ES"/>
        </w:rPr>
        <w:t>8.  __________________________________________________________________________</w:t>
      </w:r>
    </w:p>
    <w:p w14:paraId="788FC170" w14:textId="77777777" w:rsidR="00FF3E04" w:rsidRPr="001B50C6" w:rsidRDefault="001C60B3">
      <w:pPr>
        <w:spacing w:before="480" w:after="280"/>
        <w:rPr>
          <w:lang w:val="ca-ES"/>
        </w:rPr>
      </w:pPr>
      <w:r w:rsidRPr="001B50C6">
        <w:rPr>
          <w:lang w:val="ca-ES"/>
        </w:rPr>
        <w:t>Bellaterra (Cerdanyola del Vallès), ______ de ____________________ de __________</w:t>
      </w:r>
    </w:p>
    <w:p w14:paraId="30B94F95" w14:textId="77777777" w:rsidR="001B50C6" w:rsidRPr="001B50C6" w:rsidRDefault="001B50C6">
      <w:pPr>
        <w:spacing w:before="480" w:after="280"/>
        <w:rPr>
          <w:lang w:val="ca-ES"/>
        </w:rPr>
      </w:pPr>
    </w:p>
    <w:p w14:paraId="3DFCEF68" w14:textId="77777777" w:rsidR="00FF3E04" w:rsidRPr="001B50C6" w:rsidRDefault="001C60B3">
      <w:pPr>
        <w:spacing w:after="1100"/>
        <w:rPr>
          <w:lang w:val="ca-ES"/>
        </w:rPr>
      </w:pPr>
      <w:r w:rsidRPr="001B50C6">
        <w:rPr>
          <w:lang w:val="ca-ES"/>
        </w:rPr>
        <w:t>Signatures:</w:t>
      </w:r>
    </w:p>
    <w:p w14:paraId="5B2E321B" w14:textId="3F7F4F8A" w:rsidR="001C60B3" w:rsidRPr="001B50C6" w:rsidRDefault="001B50C6">
      <w:pPr>
        <w:rPr>
          <w:lang w:val="ca-ES"/>
        </w:rPr>
      </w:pPr>
      <w:r w:rsidRPr="001B50C6">
        <w:rPr>
          <w:lang w:val="ca-ES"/>
        </w:rPr>
        <w:t>El/La coordinador/a</w:t>
      </w:r>
      <w:r w:rsidRPr="001B50C6">
        <w:rPr>
          <w:lang w:val="ca-ES"/>
        </w:rPr>
        <w:tab/>
      </w:r>
      <w:r w:rsidRPr="001B50C6">
        <w:rPr>
          <w:lang w:val="ca-ES"/>
        </w:rPr>
        <w:tab/>
      </w:r>
      <w:r w:rsidRPr="001B50C6">
        <w:rPr>
          <w:lang w:val="ca-ES"/>
        </w:rPr>
        <w:tab/>
      </w:r>
      <w:r w:rsidRPr="001B50C6">
        <w:rPr>
          <w:lang w:val="ca-ES"/>
        </w:rPr>
        <w:tab/>
      </w:r>
      <w:r w:rsidRPr="001B50C6">
        <w:rPr>
          <w:lang w:val="ca-ES"/>
        </w:rPr>
        <w:tab/>
      </w:r>
      <w:r w:rsidRPr="001B50C6">
        <w:rPr>
          <w:lang w:val="ca-ES"/>
        </w:rPr>
        <w:tab/>
        <w:t>El/La alumne/a</w:t>
      </w:r>
    </w:p>
    <w:p w14:paraId="153E9816" w14:textId="752DC8CB" w:rsidR="001B50C6" w:rsidRPr="001B50C6" w:rsidRDefault="001B50C6">
      <w:pPr>
        <w:rPr>
          <w:lang w:val="ca-ES"/>
        </w:rPr>
      </w:pPr>
      <w:r w:rsidRPr="001B50C6">
        <w:rPr>
          <w:lang w:val="ca-ES"/>
        </w:rPr>
        <w:t>d’Intercanvis de la titulació</w:t>
      </w:r>
    </w:p>
    <w:sectPr w:rsidR="001B50C6" w:rsidRPr="001B50C6" w:rsidSect="00034616">
      <w:headerReference w:type="default" r:id="rId8"/>
      <w:pgSz w:w="11906" w:h="16838"/>
      <w:pgMar w:top="2353" w:right="1247" w:bottom="90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9CFE3" w14:textId="77777777" w:rsidR="001C60B3" w:rsidRDefault="001C60B3">
      <w:pPr>
        <w:spacing w:line="240" w:lineRule="auto"/>
      </w:pPr>
      <w:r>
        <w:separator/>
      </w:r>
    </w:p>
  </w:endnote>
  <w:endnote w:type="continuationSeparator" w:id="0">
    <w:p w14:paraId="3D17E901" w14:textId="77777777" w:rsidR="001C60B3" w:rsidRDefault="001C60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DEB6" w14:textId="77777777" w:rsidR="001C60B3" w:rsidRDefault="001C60B3">
      <w:pPr>
        <w:spacing w:line="240" w:lineRule="auto"/>
      </w:pPr>
      <w:r>
        <w:separator/>
      </w:r>
    </w:p>
  </w:footnote>
  <w:footnote w:type="continuationSeparator" w:id="0">
    <w:p w14:paraId="4B1E052C" w14:textId="77777777" w:rsidR="001C60B3" w:rsidRDefault="001C60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7FC7" w14:textId="77777777" w:rsidR="00FF3E04" w:rsidRDefault="001C60B3" w:rsidP="001B50C6">
    <w:pPr>
      <w:pStyle w:val="Capalera"/>
      <w:ind w:left="-567"/>
      <w:jc w:val="center"/>
    </w:pPr>
    <w:r>
      <w:rPr>
        <w:noProof/>
      </w:rPr>
      <w:drawing>
        <wp:inline distT="0" distB="0" distL="0" distR="0" wp14:anchorId="27C7F4F7" wp14:editId="3D0D804C">
          <wp:extent cx="6516000" cy="103428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_ua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16000" cy="1034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listaambpic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listaambpic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478215">
    <w:abstractNumId w:val="8"/>
  </w:num>
  <w:num w:numId="2" w16cid:durableId="1222792746">
    <w:abstractNumId w:val="6"/>
  </w:num>
  <w:num w:numId="3" w16cid:durableId="1967661288">
    <w:abstractNumId w:val="5"/>
  </w:num>
  <w:num w:numId="4" w16cid:durableId="46953616">
    <w:abstractNumId w:val="4"/>
  </w:num>
  <w:num w:numId="5" w16cid:durableId="1440490823">
    <w:abstractNumId w:val="7"/>
  </w:num>
  <w:num w:numId="6" w16cid:durableId="1607153015">
    <w:abstractNumId w:val="3"/>
  </w:num>
  <w:num w:numId="7" w16cid:durableId="985209367">
    <w:abstractNumId w:val="2"/>
  </w:num>
  <w:num w:numId="8" w16cid:durableId="455217884">
    <w:abstractNumId w:val="1"/>
  </w:num>
  <w:num w:numId="9" w16cid:durableId="1968704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50C6"/>
    <w:rsid w:val="001C60B3"/>
    <w:rsid w:val="0029639D"/>
    <w:rsid w:val="00326F90"/>
    <w:rsid w:val="006C0F75"/>
    <w:rsid w:val="006D4D59"/>
    <w:rsid w:val="00AA1D8D"/>
    <w:rsid w:val="00B47730"/>
    <w:rsid w:val="00CB0664"/>
    <w:rsid w:val="00FC693F"/>
    <w:rsid w:val="00FF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0E87B3"/>
  <w14:defaultImageDpi w14:val="300"/>
  <w15:docId w15:val="{065E3BFC-5E47-46BD-A8AC-1B206CED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Ttol1">
    <w:name w:val="heading 1"/>
    <w:basedOn w:val="Normal"/>
    <w:next w:val="Normal"/>
    <w:link w:val="Ttol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618BF"/>
  </w:style>
  <w:style w:type="paragraph" w:styleId="Peu">
    <w:name w:val="footer"/>
    <w:basedOn w:val="Normal"/>
    <w:link w:val="Peu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618BF"/>
  </w:style>
  <w:style w:type="paragraph" w:styleId="Senseespaiat">
    <w:name w:val="No Spacing"/>
    <w:uiPriority w:val="1"/>
    <w:qFormat/>
    <w:rsid w:val="00FC693F"/>
    <w:pPr>
      <w:spacing w:after="0" w:line="240" w:lineRule="auto"/>
    </w:pPr>
  </w:style>
  <w:style w:type="character" w:customStyle="1" w:styleId="Ttol1Car">
    <w:name w:val="Títol 1 Car"/>
    <w:basedOn w:val="Lletraperdefectedelpargraf"/>
    <w:link w:val="Tto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ol2Car">
    <w:name w:val="Títol 2 Car"/>
    <w:basedOn w:val="Lletraperdefectedelpargraf"/>
    <w:link w:val="Tto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">
    <w:name w:val="Title"/>
    <w:basedOn w:val="Normal"/>
    <w:next w:val="Normal"/>
    <w:link w:val="Ttol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olCar">
    <w:name w:val="Títol Car"/>
    <w:basedOn w:val="Lletraperdefectedelpargraf"/>
    <w:link w:val="Tto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ol">
    <w:name w:val="Subtitle"/>
    <w:basedOn w:val="Normal"/>
    <w:next w:val="Normal"/>
    <w:link w:val="Subttol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olCar">
    <w:name w:val="Subtítol Car"/>
    <w:basedOn w:val="Lletraperdefectedelpargraf"/>
    <w:link w:val="Subtto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del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independent">
    <w:name w:val="Body Text"/>
    <w:basedOn w:val="Normal"/>
    <w:link w:val="TextindependentCar"/>
    <w:uiPriority w:val="99"/>
    <w:unhideWhenUsed/>
    <w:rsid w:val="00AA1D8D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99"/>
    <w:rsid w:val="00AA1D8D"/>
  </w:style>
  <w:style w:type="paragraph" w:styleId="Textindependent2">
    <w:name w:val="Body Text 2"/>
    <w:basedOn w:val="Normal"/>
    <w:link w:val="Textindependent2Car"/>
    <w:uiPriority w:val="99"/>
    <w:unhideWhenUsed/>
    <w:rsid w:val="00AA1D8D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A1D8D"/>
  </w:style>
  <w:style w:type="paragraph" w:styleId="Textindependent3">
    <w:name w:val="Body Text 3"/>
    <w:basedOn w:val="Normal"/>
    <w:link w:val="Textindependent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uiPriority w:val="99"/>
    <w:rsid w:val="00AA1D8D"/>
    <w:rPr>
      <w:sz w:val="16"/>
      <w:szCs w:val="16"/>
    </w:rPr>
  </w:style>
  <w:style w:type="paragraph" w:styleId="L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listaambpic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listaambpic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listaambpic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cidel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cidel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cidel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demacro">
    <w:name w:val="macro"/>
    <w:link w:val="Text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demacroCar">
    <w:name w:val="Text de macro Car"/>
    <w:basedOn w:val="Lletraperdefectedelpargraf"/>
    <w:link w:val="Textde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Lletraperdefectedelpargraf"/>
    <w:link w:val="Cita"/>
    <w:uiPriority w:val="29"/>
    <w:rsid w:val="00FC693F"/>
    <w:rPr>
      <w:i/>
      <w:iCs/>
      <w:color w:val="000000" w:themeColor="text1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ennegreta">
    <w:name w:val="Strong"/>
    <w:basedOn w:val="Lletraperdefectedelpargraf"/>
    <w:uiPriority w:val="22"/>
    <w:qFormat/>
    <w:rsid w:val="00FC693F"/>
    <w:rPr>
      <w:b/>
      <w:bCs/>
    </w:rPr>
  </w:style>
  <w:style w:type="character" w:styleId="mfasi">
    <w:name w:val="Emphasis"/>
    <w:basedOn w:val="Lletraperdefectedelpargraf"/>
    <w:uiPriority w:val="20"/>
    <w:qFormat/>
    <w:rsid w:val="00FC693F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C693F"/>
    <w:rPr>
      <w:b/>
      <w:bCs/>
      <w:i/>
      <w:iCs/>
      <w:color w:val="4F81BD" w:themeColor="accent1"/>
    </w:rPr>
  </w:style>
  <w:style w:type="character" w:styleId="mfasisubtil">
    <w:name w:val="Subtle Emphasis"/>
    <w:basedOn w:val="Lletraperdefectedelpargraf"/>
    <w:uiPriority w:val="19"/>
    <w:qFormat/>
    <w:rsid w:val="00FC693F"/>
    <w:rPr>
      <w:i/>
      <w:iCs/>
      <w:color w:val="808080" w:themeColor="text1" w:themeTint="7F"/>
    </w:rPr>
  </w:style>
  <w:style w:type="character" w:styleId="mfasiintens">
    <w:name w:val="Intense Emphasis"/>
    <w:basedOn w:val="Lletraperdefectedelpargraf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btil">
    <w:name w:val="Subtle Reference"/>
    <w:basedOn w:val="Lletraperdefectedelpargraf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Lletraperdefectedelpargraf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oldelllibre">
    <w:name w:val="Book Title"/>
    <w:basedOn w:val="Lletraperdefectedelpargraf"/>
    <w:uiPriority w:val="33"/>
    <w:qFormat/>
    <w:rsid w:val="00FC693F"/>
    <w:rPr>
      <w:b/>
      <w:bCs/>
      <w:smallCaps/>
      <w:spacing w:val="5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C693F"/>
    <w:pPr>
      <w:outlineLvl w:val="9"/>
    </w:pPr>
  </w:style>
  <w:style w:type="table" w:styleId="Taulaambquadrcula">
    <w:name w:val="Table Grid"/>
    <w:basedOn w:val="Tau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ejatsuau">
    <w:name w:val="Light Shading"/>
    <w:basedOn w:val="Tau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mbrejatsuaumfasi1">
    <w:name w:val="Light Shading Accent 1"/>
    <w:basedOn w:val="Tau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mbrejatsuaumfasi2">
    <w:name w:val="Light Shading Accent 2"/>
    <w:basedOn w:val="Tau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Ombrejatsuaumfasi3">
    <w:name w:val="Light Shading Accent 3"/>
    <w:basedOn w:val="Tau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Ombrejatsuaumfasi4">
    <w:name w:val="Light Shading Accent 4"/>
    <w:basedOn w:val="Tau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Ombrejatsuaumfasi5">
    <w:name w:val="Light Shading Accent 5"/>
    <w:basedOn w:val="Tau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Ombrejatsuaumfasi6">
    <w:name w:val="Light Shading Accent 6"/>
    <w:basedOn w:val="Tau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listaclara">
    <w:name w:val="Light List"/>
    <w:basedOn w:val="Tau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listaclaramfasi1">
    <w:name w:val="Light List Accent 1"/>
    <w:basedOn w:val="Tau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listaclaramfasi2">
    <w:name w:val="Light List Accent 2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listaclaramfasi3">
    <w:name w:val="Light List Accent 3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listaclaramfasi4">
    <w:name w:val="Light List Accent 4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listaclaramfasi5">
    <w:name w:val="Light List Accent 5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listaclaramfasi6">
    <w:name w:val="Light List Accent 6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Quadrculaclara">
    <w:name w:val="Light Grid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Quadrculaclaramfasi1">
    <w:name w:val="Light Grid Accent 1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Quadrculaclaramfasi2">
    <w:name w:val="Light Grid Accent 2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Quadrculaclaramfasi3">
    <w:name w:val="Light Grid Accent 3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Quadrculaclaramfasi4">
    <w:name w:val="Light Grid Accent 4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Quadrculaclaramfasi5">
    <w:name w:val="Light Grid Accent 5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Quadrculaclaramfasi6">
    <w:name w:val="Light Grid Accent 6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mbrejatmitj1">
    <w:name w:val="Medium Shading 1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1">
    <w:name w:val="Medium Shading 1 Accent 1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2">
    <w:name w:val="Medium Shading 1 Accent 2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3">
    <w:name w:val="Medium Shading 1 Accent 3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4">
    <w:name w:val="Medium Shading 1 Accent 4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5">
    <w:name w:val="Medium Shading 1 Accent 5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6">
    <w:name w:val="Medium Shading 1 Accent 6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2">
    <w:name w:val="Medium Shading 2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1">
    <w:name w:val="Medium Shading 2 Accent 1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2">
    <w:name w:val="Medium Shading 2 Accent 2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3">
    <w:name w:val="Medium Shading 2 Accent 3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4">
    <w:name w:val="Medium Shading 2 Accent 4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5">
    <w:name w:val="Medium Shading 2 Accent 5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6">
    <w:name w:val="Medium Shading 2 Accent 6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listamitjana1">
    <w:name w:val="Medium List 1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listamitjana1mfasi1">
    <w:name w:val="Medium List 1 Accent 1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listamitjana1mfasi2">
    <w:name w:val="Medium List 1 Accent 2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listamitjana1mfasi3">
    <w:name w:val="Medium List 1 Accent 3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listamitjana1mfasi4">
    <w:name w:val="Medium List 1 Accent 4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listamitjana1mfasi5">
    <w:name w:val="Medium List 1 Accent 5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listamitjana1mfasi6">
    <w:name w:val="Medium List 1 Accent 6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listamitjana2">
    <w:name w:val="Medium List 2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1">
    <w:name w:val="Medium List 2 Accent 1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2">
    <w:name w:val="Medium List 2 Accent 2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3">
    <w:name w:val="Medium List 2 Accent 3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4">
    <w:name w:val="Medium List 2 Accent 4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5">
    <w:name w:val="Medium List 2 Accent 5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6">
    <w:name w:val="Medium List 2 Accent 6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Quadrculamitjana1">
    <w:name w:val="Medium Grid 1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Quadrculamitjana1mfasi1">
    <w:name w:val="Medium Grid 1 Accent 1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Quadrculamitjana1mfasi2">
    <w:name w:val="Medium Grid 1 Accent 2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Quadrculamitjana1mfasi3">
    <w:name w:val="Medium Grid 1 Accent 3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Quadrculamitjana1mfasi4">
    <w:name w:val="Medium Grid 1 Accent 4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itjana1mfasi5">
    <w:name w:val="Medium Grid 1 Accent 5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Quadrculamitjana1mfasi6">
    <w:name w:val="Medium Grid 1 Accent 6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Quadrculamitjana2">
    <w:name w:val="Medium Grid 2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1">
    <w:name w:val="Medium Grid 2 Accent 1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2">
    <w:name w:val="Medium Grid 2 Accent 2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3">
    <w:name w:val="Medium Grid 2 Accent 3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4">
    <w:name w:val="Medium Grid 2 Accent 4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5">
    <w:name w:val="Medium Grid 2 Accent 5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6">
    <w:name w:val="Medium Grid 2 Accent 6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3">
    <w:name w:val="Medium Grid 3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Quadrculamitjana3mfasi1">
    <w:name w:val="Medium Grid 3 Accent 1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Quadrculamitjana3mfasi2">
    <w:name w:val="Medium Grid 3 Accent 2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Quadrculamitjana3mfasi3">
    <w:name w:val="Medium Grid 3 Accent 3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Quadrculamitjana3mfasi4">
    <w:name w:val="Medium Grid 3 Accent 4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Quadrculamitjana3mfasi5">
    <w:name w:val="Medium Grid 3 Accent 5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Quadrculamitjana3mfasi6">
    <w:name w:val="Medium Grid 3 Accent 6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listafosca">
    <w:name w:val="Dark List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listafoscamfasi1">
    <w:name w:val="Dark List Accent 1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listafoscamfasi2">
    <w:name w:val="Dark List Accent 2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listafoscamfasi3">
    <w:name w:val="Dark List Accent 3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listafoscamfasi4">
    <w:name w:val="Dark List Accent 4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listafoscamfasi5">
    <w:name w:val="Dark List Accent 5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listafoscamfasi6">
    <w:name w:val="Dark List Accent 6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mbrejatmulticolor">
    <w:name w:val="Colorful Shading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1">
    <w:name w:val="Colorful Shading Accent 1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2">
    <w:name w:val="Colorful Shading Accent 2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3">
    <w:name w:val="Colorful Shading Accent 3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mbrejatmulticolormfasi4">
    <w:name w:val="Colorful Shading Accent 4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5">
    <w:name w:val="Colorful Shading Accent 5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6">
    <w:name w:val="Colorful Shading Accent 6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listamulticolor">
    <w:name w:val="Colorful List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listamulticolormfasi1">
    <w:name w:val="Colorful List Accent 1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listamulticolormfasi2">
    <w:name w:val="Colorful List Accent 2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listamulticolormfasi3">
    <w:name w:val="Colorful List Accent 3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listamulticolormfasi4">
    <w:name w:val="Colorful List Accent 4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listamulticolormfasi5">
    <w:name w:val="Colorful List Accent 5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listamulticolormfasi6">
    <w:name w:val="Colorful List Accent 6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Quadrculamulticolor">
    <w:name w:val="Colorful Grid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Quadrculamulticolormfasi1">
    <w:name w:val="Colorful Grid Accent 1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Quadrculamulticolormfasi2">
    <w:name w:val="Colorful Grid Accent 2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Quadrculamulticolormfasi3">
    <w:name w:val="Colorful Grid Accent 3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Quadrculamulticolormfasi4">
    <w:name w:val="Colorful Grid Accent 4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ulticolormfasi5">
    <w:name w:val="Colorful Grid Accent 5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Quadrculamulticolormfasi6">
    <w:name w:val="Colorful Grid Accent 6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Virginia Blanca Gonzalez</cp:lastModifiedBy>
  <cp:revision>2</cp:revision>
  <dcterms:created xsi:type="dcterms:W3CDTF">2026-10-30T11:59:00Z</dcterms:created>
  <dcterms:modified xsi:type="dcterms:W3CDTF">2026-10-30T11:59:00Z</dcterms:modified>
  <cp:category/>
</cp:coreProperties>
</file>